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6S/31/2013 z 12. 3. 2013</w:t>
      </w:r>
    </w:p>
    <w:p>
      <w:r>
        <w:t>Uznesenie Krajského súdu Bratislava z 12. marca 2013, sp. zn. 6S/31/2013, ECLI:SK:KSBA:2013:1013200228.2</w:t>
      </w:r>
    </w:p>
    <w:p>
      <w:r>
        <w:t>Súd: Krajský súd Bratislava</w:t>
      </w:r>
    </w:p>
    <w:p>
      <w:r>
        <w:t>Spisová značka: 6S/31/2013</w:t>
      </w:r>
    </w:p>
    <w:p>
      <w:r>
        <w:t>ECLI: ECLI:SK:KSBA:2013:1013200228.2</w:t>
      </w:r>
    </w:p>
    <w:p>
      <w:r>
        <w:t>Dátum vydania: 12. 3.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6S/31/2013 Identifikačné číslo súdneho spisu: 1013200228 Dátum vydania rozhodnutia: 13. 03. 2013 Meno a priezvisko sudcu, VSÚ: JUDr. Petra Príbelská, PhD. ECLI: ECLI:SK:KSBA:2013:1013200228.2 Uznesenie Krajský súd v Bratislave v právnej veci žalobcu: Slovenské národné múzeum, Vajanského nábrežie 2, 810 06 Bratislava, IČO: 00 164 721, právne zastúpený: agner &amp; partners, s.r.o., Špitálska 10, 811 09 Bratislava, proti žalovanému: Úrad pre verejné obstarávanie, Dunajská 68, 820 04 Bratislava, o preskúmanie zákonnosti rozhodnutia žalovaného č. 1429-6000/2012-ON/368 zo dňa 23.01.2013, takto r o z h o d o l : Krajský súd v Bratislave p r i b e r á do konania účastníkov správneho konania : 1. PR QUERKUS s.r.o., Sládkovičova 94, 974 05 Banská Bystrica, IČO: 36 028 606 2. MIJAS spol. s.r.o., Medený Hámor č. 25, 974 01 Banská Bystrica, IČO: 31 580 645 o d ô v o d n e n i e : Žalobca sa žalobou podanou Krajskému súdu v Bratislave dňa 08.02.2013 domáhal preskúmania zákonnosti rozhodnutia žalovaného č. 1429-6000/2012-ON/368 zo dňa 23.01.2013, ktorým žalovaný podľa § 139 ods. 2 písm. c) zákona č. 25/2006 Z.z. o verejnom obstarávaní a o zmene a doplnení niektorých zákonov v znení neskorších predpisov zrušil rozhodnutie žalobcu o vylúčení uchádzača - skupiny dodávateľov tvorenej spoločnosťami PR QUERKUS s.r.o. a MIJAS spol. s.r.o. z verejného obstarávania a nariadil ho zaradiť späť do rokovacieho konania bez zverejnenia na predmet zákazky ,,Sanácia havarijného stavu národnej kultúrnej pamiatky Hradu Krásna Hôrka - 1. časť havarijné prestrešenie a lešenie“. Podľa § 250 ods. 1 O.s.p. účastníkmi konania sú žalobca a žalovaný. Súd aj bez návrhu uznesením priberie do konania účastníka správneho konania, ktorého práva a povinnosti by mohli byť zrušením správneho rozhodnutia dotknuté. Nakoľko spoločnosti PR QUERKUS s.r.o., Sládkovičova 94, 974 05 Banská Bystrica, IČO: 36 028 606 a MIJAS spol. s.r.o., Medený Hámor č. 25, 974 01 Banská Bystrica, IČO: 31 580 645 sú účastníkmi správneho konania a výsledkom tohto sporu môžu byť dotknuté ich práva a povinnosti, súd rozhodol tak ako je uvedené vo výroku tohto uznesenia. Poučenie: Proti tomuto uzneseniu nie je možné podať odvolanie.</w:t>
      </w:r>
    </w:p>
    <w:p/>
    <w:p>
      <w:r>
        <w:t>Zdroj: KAUZIS.SK – https://www.kauzis.sk/judikatura/r/ECLI:SK:KSBA:2013:1013200228.2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