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1S/58/2013 z 29. 5. 2013</w:t>
      </w:r>
    </w:p>
    <w:p>
      <w:r>
        <w:t>Uznesenie Krajského súdu Bratislava z 29. mája 2013, sp. zn. 1S/58/2013, ECLI:SK:KSBA:2013:1013200426.1</w:t>
      </w:r>
    </w:p>
    <w:p>
      <w:r>
        <w:t>Súd: Krajský súd Bratislava</w:t>
      </w:r>
    </w:p>
    <w:p>
      <w:r>
        <w:t>Spisová značka: 1S/58/2013</w:t>
      </w:r>
    </w:p>
    <w:p>
      <w:r>
        <w:t>ECLI: ECLI:SK:KSBA:2013:1013200426.1</w:t>
      </w:r>
    </w:p>
    <w:p>
      <w:r>
        <w:t>Dátum vydania: 29. 5.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1S/58/2013 Identifikačné číslo súdneho spisu: 1013200426 Dátum vydania rozhodnutia: 30. 05. 2013 Meno a priezvisko sudcu, VSÚ: JUDr. Monika Valašíková PhD. ECLI: ECLI:SK:KSBA:2013:1013200426.1 Uznesenie Krajský súd v Bratislave v právnej veci žalobcu: TEKNOPLAST, s.r.o., Podzámska 36, 940 61 Nové Zámky, IČO: 36 530 611, právne zastúpený: JUDr. Zuzana Kondrlíková Plháková, Podzámska 36, 940 61 Nové Zámky proti žalovanému: Úrad pre verejné obstarávanie, Dunajská 68, 820 04 Bratislava o preskúmanie zákonnosti rozhodnutia žalovaného č. 7392-6000/2012-ON/456 zo dňa 22.02.2013, takto r o z h o d o l : Krajský súd v Bratislave konanie z a s t a v u j e . Žalobcovi sa vracia súdny poplatok vo výške 63,30 € prostredníctvom Daňového úradu Nitra. Žiaden z účastníkov nemá právo na náhradu trov konania. o d ô v o d n e n i e : Žalobou podanou Krajskému súdu v Bratislave dňa 07.03.2013 sa žalobca domáhal preskúmania rozhodnutia žalovaného č. 7392-6000/2012-ON/456 zo dňa 22.02.2013, ktorým žalovaný zamietol námietky žalobcu vo verejnom obstarávaní - verejná súťaž na predmet zákazky - ,,Nákup jednosmerných električiek pre Dopravný podnik Bratislava, akciová spoločnosť“, vyhlásenej obstarávateľom Dopravný podnik Bratislava, akciová spoločnosť, Olejkárska 1, 814 52 Bratislava v Úradnom vestníku Európskej únie č. 2012/S 217-357813 zo dňa 10.11.2012 a vo Vestníku verejného obstarávania č. 215/2012 zo dňa 09.11.2012 pod značkou 13430-MST. Pred rozhodnutím vo veci samej žalobca svojím podaním doručeným súdu dňa 14.05.2013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Vzhľadom k tomu, že konanie bolo zastavené pred prvým pojednávaním, súd rozhodol o vrátení súdneho poplatku, kráteného o 6,70 eura podľa § 11 ods. 3 v spojení s § 11 ods. 4 zákona č. 71/1992 Zb. o súdnych poplatkoch a poplatku za výpis z registra trestov v znení neskorších predpisov v sume 63,30 €. Poplatok bude vrátený žalobcovi prostredníctvom príslušného daňového úradu po nadobudnutí právoplatnosti uznesenia.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https://www.kauzis.sk/judikatura/r/ECLI:SK:KSBA:2013:1013200426.1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