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5S/64/2013 z 4. 8. 2013</w:t>
      </w:r>
    </w:p>
    <w:p>
      <w:r>
        <w:t>Uznesenie Krajského súdu Bratislava z 4. augusta 2013, sp. zn. 5S/64/2013, ECLI:SK:KSBA:2013:1013200480.1</w:t>
      </w:r>
    </w:p>
    <w:p>
      <w:r>
        <w:t>Súd: Krajský súd Bratislava</w:t>
      </w:r>
    </w:p>
    <w:p>
      <w:r>
        <w:t>Spisová značka: 5S/64/2013</w:t>
      </w:r>
    </w:p>
    <w:p>
      <w:r>
        <w:t>ECLI: ECLI:SK:KSBA:2013:1013200480.1</w:t>
      </w:r>
    </w:p>
    <w:p>
      <w:r>
        <w:t>Dátum vydania: 4. 8.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5S/64/2013 Identifikačné číslo súdneho spisu: 1013200480 Dátum vydania rozhodnutia: 05. 08. 2013 Meno a priezvisko sudcu, VSÚ: JUDr. Dáša Filová ECLI: ECLI:SK:KSBA:2013:1013200480.1 Uznesenie Krajský súd v Bratislave v právnej veci žalobcu: eD' system Slovakia, s.r.o., IČO: 36 413 658, so sídlom Stará Vajnorská 21, 831 04 Bratislava, zastúpený: agner &amp; partners, s.r.o., Špitálska 10, 811 09 Bratislava, proti žalovanému: Finančné riaditeľstvo Slovenskej republiky, Lazovná 63, 974 01 Banská Bystrica, o preskúmanie zákonnosti rozhodnutia žalovaného č. XXXXXXX/X/XXXXX/XXXX/XXXX zo dňa XX.XX.XXXX takto r o z h o d o l : Súd odkladá vykonateľnosť rozhodnutia žalovaného č. XXXXXXX/X/XXXXX/XXXX/XXXX zo dňa XX.XX.XXXX v spojení s rozhodnutím Daňového úradu pre vybrané subjekty č. XXXXXXX/X/XXXXXXX/ XXXX/Dur zo dňa XX.XX.XXXX, a to až do právoplatnosti rozhodnutia súdu vo veci samej. o d ô v o d n e n i e : Žalobou doručenou Krajskému súdu v Bratislave dňa 15.03.2013 sa žalobca domáhal preskúmania rozhodnutia žalovaného č. XXXXXXX/X/XXXXX/XXXX/XXXX zo dňa XX.XX.XXXX, ktorým žalovaný potvrdil dodatočný platobný výmer Daňového úradu pre vybrané daňové subjekty č. A./X/XXXXXXX/ XXXX/Dur zo dňa 24.09.2012, ktorým bol žalobcovi vyrubený rozdiel dane z pridanej hodnoty za zdaňovacie obdobie december 2009 v sume XXX.XXX,XX eur. Žalobca mal za to, že uvedeným rozhodnutím a postupom žalovaného (rovnako aj rozhodnutím prvostupňového orgánu) by bol ukrátený na svojich právach a tiež mal za to, že rozhodnutie žalovaného č. XXXXXXX/X/XXXXX/XXXX/XXXX zo dňa XX.XX.XXXX, ako aj prvostupňové rozhodnutie, ktoré bolo napadnutým rozhodnutím potvrdené, je v rozpore so zákonom č. 222/2004 Z. z. o dani z pridanej hodnoty v znení neskorších predpisov, rovnako aj v rozpore so zákonom č. 563/2009 Z. z. o správe daní a o zmene a doplnení niektorých zákonov. Právny zástupca žalobcu žiadosťou doručenou tunajšiemu súdu dňa 18.03.2013 požiadal o odklad vykonateľnosti napadnutého rozhodnutia, ktorú odôvodnil tým, že okamžitou úhradou vyrubenej čiastky by žalobcovi hrozila závažná ujma spočívajúca v strate platobnej schopnosti, oslabení jeho pozície voči ostatným súťažiteľom na relevantnom trhu, ako aj v zhoršení úverových podmienok pre žalobcu. Dňa 21.03.2013 bolo tunajšiemu súdu doručené doplnenie dokladu k žiadosti o odklad vykonateľnosti napadnutého rozhodnutia, v ktorom právny zástupca žalobcu žiadal o čo najskoršie rozhodnutie o žiadosti o odklad vykonateľnosti z dôvodu, že podľa upozornenia obsiahnutého vo výzve Daňového úradu pre vybrané subjekty č. XXXXXXX/X/XXXXXX/XXXX zo dňa XX.XX.XXXX tvoriacej prílohu doplnenia podania právneho zástupcu žalobcu, prikročí správca dane k vymáhaniu daňového nedoplatku, ak nebude uhradený v náhradnej lehote 15 dní od dňa doručenia výzvy. Podľa § 250c veta druhá O. s. p., na žiadosť účastníka môže predseda senátu uznesením vykonateľnosť rozhodnutia odložiť, ak by okamžitým výkonom napadnutého rozhodnutia hrozila závažná ujma. Súd považoval dôvody, uvedené v žiadosti o odklad vykonateľnosti napadnutého rozhodnutia aj v doplnení dokladu k žiadosti o odklad vykonateľnosti napadnutého rozhodnutia za opodstatnené, keďže okamžitou úhradou dodatočne vyrubenej dane z pridanej hodnoty by hrozila žalobcovi závažná ujma spočívajúca v strate platobnej schopnosti, negatívnom dopade na jeho fungovanie a rovnako v zhoršení jeho pozície pri plnení záväzkov nielen voči svojim obchodným partnerom, ale aj svojim zamestnancom, ktorých má žalobca v súčasnosti viac ako 110. Žalobcovi by tiež hrozila závažná ujma spočívajúca v strate súčasných, ale aj budúcich zákaziek a nedodržanie obchodných záväzkov v dôsledku finančnej nestability by to mohlo viesť k oslabeniu jeho pozície na relevantnom trhu.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https://www.kauzis.sk/judikatura/r/ECLI:SK:KSBA:2013:1013200480.1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