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1S/72/2013 z 27. 3. 2013</w:t>
      </w:r>
    </w:p>
    <w:p>
      <w:r>
        <w:t>Uznesenie Krajského súdu Bratislava z 27. marca 2013, sp. zn. 1S/72/2013, ECLI:SK:KSBA:2013:1013200533.1</w:t>
      </w:r>
    </w:p>
    <w:p>
      <w:r>
        <w:t>Súd: Krajský súd Bratislava</w:t>
      </w:r>
    </w:p>
    <w:p>
      <w:r>
        <w:t>Spisová značka: 1S/72/2013</w:t>
      </w:r>
    </w:p>
    <w:p>
      <w:r>
        <w:t>ECLI: ECLI:SK:KSBA:2013:1013200533.1</w:t>
      </w:r>
    </w:p>
    <w:p>
      <w:r>
        <w:t>Dátum vydania: 27.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1S/72/2013 Identifikačné číslo súdneho spisu: 1013200533 Dátum vydania rozhodnutia: 28. 03. 2013 Meno a priezvisko sudcu, VSÚ: JUDr. Nora Majerníková ECLI: ECLI:SK:KSBA:2013:1013200533.1 Uznesenie Krajský súd v Bratislave v právnej veci žalobkyne: X. Q., XXX XX B. Z. XXX, právne zastúpená: Mgr. Milan Sadloň, V. Paulínyho - Tótha 30, 905 01 Senica, proti žalovanému: Ústredie práce, sociálnych vecí a rodiny, Špitálska 8, 812 67 Bratislava, o preskúmanie zákonnosti rozhodnutia č. UPS/US1/ SSVODPPK/BEZ/2013/665/Pu zo dňa 06.02.2013, takto r o z h o d o l : Krajský súd v Bratislave p o s t u p u j e vec Krajskému súdu v Trnave. o d ô v o d n e n i e : Žalobou podanou tunajšiemu súdu dňa 25.03.2013 sa žalobkyňa domáhala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žalobkyňa sídlo v B. Z., a preto jej všeobecným súdom je súd určený podľa § 85 ods. 1 O.s.p., ktorý je v obvode Krajského súdu v Trnave. Podľa § 250d ods. 2 O.s.p. ak predseda senátu zistí, že súd nie je vecne alebo miestne príslušný, postúpi vec uznesením príslušnému súdu. V uvedenej veci bolo zistené, že všeobecným súdom žalobcu je súd, ktorý je v obvode Krajského súdu v Trnave a keďže ide o preskúmanie rozhodnutia žalovaného - orgánu s pôsobnosťou pre celé územie Slovenskej republiky, miestne príslušným je Krajský súd v Trnave,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https://www.kauzis.sk/judikatura/r/ECLI:SK:KSBA:2013:1013200533.1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