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1S/73/2013 z 27. 3. 2013</w:t>
      </w:r>
    </w:p>
    <w:p>
      <w:r>
        <w:t>Uznesenie Krajského súdu Bratislava z 27. marca 2013, sp. zn. 1S/73/2013, ECLI:SK:KSBA:2013:1013200541.1</w:t>
      </w:r>
    </w:p>
    <w:p>
      <w:r>
        <w:t>Súd: Krajský súd Bratislava</w:t>
      </w:r>
    </w:p>
    <w:p>
      <w:r>
        <w:t>Spisová značka: 1S/73/2013</w:t>
      </w:r>
    </w:p>
    <w:p>
      <w:r>
        <w:t>ECLI: ECLI:SK:KSBA:2013:1013200541.1</w:t>
      </w:r>
    </w:p>
    <w:p>
      <w:r>
        <w:t>Dátum vydania: 27.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1S/73/2013 Identifikačné číslo súdneho spisu: 1013200541 Dátum vydania rozhodnutia: 28. 03. 2013 Meno a priezvisko sudcu, VSÚ: JUDr. Nora Majerníková ECLI: ECLI:SK:KSBA:2013:1013200541.1 Uznesenie Krajský súd v Bratislave v právnej veci žalobcu: SLOV TAIN, s.r.o., Košovská cesta 23,971 01 Prievidza, IČO: 36 333 131, právne zastúpený: Mgr. Michal Žitňanský, LL.M., I. Olbrachta 3196/23A, 911 01 Trenčín, proti žalovanému: Úrad pre reguláciu sieťových odvetví, Bajkalská 27, 820 07 Bratislava, o preskúmanie zákonnosti rozhodnutia č. 03/32860/13/RR zo dňa 22.01.2013, takto r o z h o d o l : Krajský súd v Bratislave p o s t u p u j e vec Krajskému súdu v Trenčíne. o d ô v o d n e n i e : Žalobou podanou tunajšiemu súdu dňa 25.03.2013 sa žalobca domáhal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Prievidzi, a preto jeho všeobecným súdom je súd určený podľa § 85 ods. 2 O.s.p., ktorý je v obvode Krajského súdu v Trenčíne. Podľa § 250d ods. 2 O.s.p. ak predseda senátu zistí, že súd nie je vecne alebo miestne príslušný, postúpi vec uznesením príslušnému súdu. V uvedenej veci bolo zistené, že všeobecným súdom žalobcu je súd, ktorý je v obvode Krajského súdu v Trenčíne a keďže ide o preskúmanie rozhodnutia žalovaného - orgánu s pôsobnosťou pre celé územie Slovenskej republiky, miestne príslušným je Krajský súd v Trenčíne,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https://www.kauzis.sk/judikatura/r/ECLI:SK:KSBA:2013:1013200541.1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