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5Scud/8/2013 z 27. 8. 2013</w:t>
      </w:r>
    </w:p>
    <w:p>
      <w:r>
        <w:t>Uznesenie Krajského súdu Bratislava z 27. augusta 2013, sp. zn. 5Scud/8/2013, ECLI:SK:KSBA:2013:1013200544.1</w:t>
      </w:r>
    </w:p>
    <w:p>
      <w:r>
        <w:t>Súd: Krajský súd Bratislava</w:t>
      </w:r>
    </w:p>
    <w:p>
      <w:r>
        <w:t>Spisová značka: 5Scud/8/2013</w:t>
      </w:r>
    </w:p>
    <w:p>
      <w:r>
        <w:t>ECLI: ECLI:SK:KSBA:2013:1013200544.1</w:t>
      </w:r>
    </w:p>
    <w:p>
      <w:r>
        <w:t>Dátum vydania: 27. 8. 2013</w:t>
      </w:r>
    </w:p>
    <w:p>
      <w:r>
        <w:t>Forma: Uznesenie</w:t>
      </w:r>
    </w:p>
    <w:p>
      <w:pPr>
        <w:pStyle w:val="Heading2"/>
      </w:pPr>
      <w:r>
        <w:t>Text rozhodnutia</w:t>
      </w:r>
    </w:p>
    <w:p>
      <w:r>
        <w:t>Súd: Krajský súd Bratislava Spisová značka: 5Scud/8/2013 Identifikačné číslo súdneho spisu: 1013200544 Dátum vydania rozhodnutia: 28. 08. 2013 Meno a priezvisko sudcu, VSÚ: JUDr. Milota Tóthová ECLI: ECLI:SK:KSBA:2013:1013200544.1 Uznesenie Krajský súd v Bratislave v právnej veci navrhovateľky C. D., bytom P. XX, P., Č. E., proti odporkyni Sociálnej poisťovni ústredie, Ul. 29. augusta č. 8, Bratislava, o výšku invalidného dôchodku, takto r o z h o d o l : Súd konanie z a s t a v u j e . Žiaden z účastníkov nemá právo na náhradu trov konania. o d ô v o d n e n i e : Navrhovateľka svojím návrhom zo dňa 18.2.2013 žiadala preskúmať rozhodnutie odporkyne číslo XXX XXX XXXX zo dňa 18.1.2013, ktorým odporkyňa znížila sumu invalidného dôchodku od 1. marca 2013 na 115,30 eur mesačne. Odporkyňa vydala rozhodnutie číslo XXX XXX XXXX X zo dňa 9.4.2013, ktorým zrušila napadnuté rozhodnutie číslo XXX XXX XXXX zo dňa 18.1.2013, nakoľko navrhovateľka podľa lekárskej správy posudkového lekára Sociálnej poisťovne ústredie zo dňa 21. marca 2013 je naďalej invalidná podľa § 71 zákona č. 461/2003 Z.z. o sociálnom poistení v znení neskorších predpisov s mierou poklesu schopnosti vykonávať zárobkovú činnosť 75%, čím navrhovateľke celkom vyhovela. Súd podľa § 250o O.s.p. konanie zastavil. O trovách konania súd rozhodol podľa § 246c a § 146 ods. 1 písm. c) O.s.p. Poučenie: Proti tomuto uzneseniu je možné podať odvolanie do 15 dní odo dňa jeho doručenia písomne, dvojmo na Krajskom súde v Bratislave.</w:t>
      </w:r>
    </w:p>
    <w:p/>
    <w:p>
      <w:r>
        <w:t>Zdroj: KAUZIS.SK – https://www.kauzis.sk/judikatura/r/ECLI:SK:KSBA:2013:1013200544.1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