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6S/81/2013 z 1. 8. 2013</w:t>
      </w:r>
    </w:p>
    <w:p>
      <w:r>
        <w:t>Uznesenie Krajského súdu Bratislava z 1. augusta 2013, sp. zn. 6S/81/2013, ECLI:SK:KSBA:2013:1013200609.2</w:t>
      </w:r>
    </w:p>
    <w:p>
      <w:r>
        <w:t>Súd: Krajský súd Bratislava</w:t>
      </w:r>
    </w:p>
    <w:p>
      <w:r>
        <w:t>Spisová značka: 6S/81/2013</w:t>
      </w:r>
    </w:p>
    <w:p>
      <w:r>
        <w:t>ECLI: ECLI:SK:KSBA:2013:1013200609.2</w:t>
      </w:r>
    </w:p>
    <w:p>
      <w:r>
        <w:t>Dátum vydania: 1. 8. 2013</w:t>
      </w:r>
    </w:p>
    <w:p>
      <w:r>
        <w:t>Forma: Uznesenie</w:t>
      </w:r>
    </w:p>
    <w:p>
      <w:pPr>
        <w:pStyle w:val="Heading2"/>
      </w:pPr>
      <w:r>
        <w:t>Text rozhodnutia</w:t>
      </w:r>
    </w:p>
    <w:p>
      <w:r>
        <w:t>Súd: Krajský súd Bratislava Spisová značka: 6S/81/2013 Identifikačné číslo súdneho spisu: 1013200609 Dátum vydania rozhodnutia: 02. 08. 2013 Meno a priezvisko sudcu, VSÚ: JUDr. Judita Kokolevská ECLI: ECLI:SK:KSBA:2013:1013200609.2 Uznesenie Krajský súd v Bratislave v právnej veci žalobcu: L. T., bytom C. M. XX, XXX XX Q., proti žalovanému: Ústredie práce sociálnych vecí a rodiny, so sídlom Špitálska 8, 812 67 Bratislava, o preskúmanie zákonnosti rozhodnutia žalovaného č. AA/2013/01800-SSVODPPK/Rk zo dňa 23.1.2013, takto r o z h o d o l : Krajský súd v Bratislave konanie z a s t a v u j e. Žiaden z účastníkov n e m á právo na náhradu trov konania. o d ô v o d n e n i e : Krajskému súdu v Bratislave bola dňa 5.4.2013 doručená žaloba mailom, doplnená osobným podaním dňa 10.4.2013 na preskúmanie zákonnosti rozhodnutia žalovaného č. AA/2013/01800-SSVODPPK/ Rk zo dňa 23.1.2013, ktorým žalovaný odvolanie žalobcu ako účastníka správneho konania zamietol a potvrdil rozhodnutie Úradu práce, sociálnych vecí a rodiny Bratislava č. B2/2012/43794/4/EPA zo dňa 20.9.2013 o nepriznaní peňažného príspevku na kompenzáciu zvýšených výdavkov súvisiacich s hygienou alebo s opotrebovaním šatstva, bielizne a obuvi a bytového zariadenia. Uznesením č.k. 6S/81/2013 - 15 zo dňa 17.4.2013 súd uložil žalobcovi, aby v lehote 30 dní doplnil v dvoch rovnopisoch žalobu zo dňa 5.4.2013 a čoho konkrétne sa domáha voči žalovanému, resp. ktoré časti napadnutého rozhodnutia považuje za nezákonné a preto sa domáha ich súdneho prieskumu - ich riadne odôvodnenie. Zároveň súd poučil žalobcu, že ak neodstráni vady žaloby, ktorých odstránenie súd nariadil, konanie bude v súlade s § 250d ods. 3 zastavené. Krajský súd v Bratislave doručil uznesenie sp.zn. 6S/81/2013 zo dňa 17.4.2013 o odstránení vád žaloby žalobcovi, ktorý uznesenie prevzal dňa 30.4.2013. Žalobca žalobu v súdom určenej lehote nedoplnil.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neodstránil vady žaloby, a súdu nie je zrejmé čoho sa žalobca domáhal, súd v súlade s ustanovením § 250d ods. 3 O.s.p. konanie zastavil. Taktiež súd poukazuje na to, že žaloba bola podaná mailom bez zaručeného elektronického podpisu, ktorá sa má v zmysle § 42 ods. 1 O.s.p. doplniť najneskôr do troch dní. Na podania, ktoré neboli doplnené v tejto lehote sa neprihliada. Napriek tomu súd v konaní pokračoval, nakoľko v predmetnej veci išlo o sociálnu vec bez obligatórneho právneho zastupovania a súd chcel zabezpečiť žalobcovi právo na spravodlivé súdne konanie.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https://www.kauzis.sk/judikatura/r/ECLI:SK:KSBA:2013:1013200609.2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