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6S/91/2013 z 14. 8. 2013</w:t>
      </w:r>
    </w:p>
    <w:p>
      <w:r>
        <w:t>Uznesenie Krajského súdu Bratislava z 14. augusta 2013, sp. zn. 6S/91/2013, ECLI:SK:KSBA:2013:1013200671.2</w:t>
      </w:r>
    </w:p>
    <w:p>
      <w:r>
        <w:t>Súd: Krajský súd Bratislava</w:t>
      </w:r>
    </w:p>
    <w:p>
      <w:r>
        <w:t>Spisová značka: 6S/91/2013</w:t>
      </w:r>
    </w:p>
    <w:p>
      <w:r>
        <w:t>ECLI: ECLI:SK:KSBA:2013:1013200671.2</w:t>
      </w:r>
    </w:p>
    <w:p>
      <w:r>
        <w:t>Dátum vydania: 14.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6S/91/2013 Identifikačné číslo súdneho spisu: 1013200671 Dátum vydania rozhodnutia: 15. 08. 2013 Meno a priezvisko sudcu, VSÚ: JUDr. Judita Kokolevská ECLI: ECLI:SK:KSBA:2013:1013200671.2 Uznesenie Krajský súd v Bratislave v právnej veci žalobcu: Nábytok GALAN, s.r.o. „v reštrukturalizácii" so sídlom M.R.Štefánika 6, 902 01 Pezinok, IČO: 36 741 442, zastúpený: Mgr. Zuzana Srnáková, advokátka so sídlom: Podbrezovská 39, 831 06 Bratislava, proti žalovanému: Sociálna poisťovňa, ústredie, ul. 29. augusta č. 8 - 10, 813 63 Bratislava, o preskúmanie zákonnosti rozhodnutia žalovaného č. 19484-2/2013- BA zo dňa 28.02.2013 o žiadosti žalobcu o odklad vykonateľnosti rozhodnutia, rozhodol r o z h o d o l : Súd o d k l a d á vykonateľnosť rozhodnutia č. 19484-2/2013-BA zo dňa 28.02.2013 ako aj rozhodnutia Sociálnej poisťovne, pobočka Bratislava, č. 704-0210184313-GC04/13 zo dňa 09.01.2013, až do právoplatného rozhodnutia súdu o žalobe žalobcu. o d ô v o d n e n i e : Žalobca sa žalobou podanou na tunajšom súde dňa 12.04.2013 domáhal preskúmania vo výroku uvedených rozhodnutí, ktorými správne orgány rozhodli vo veci predpísania poistného na nemocenské poistenie, starobné poistenie a príspevkov na starobné a dôchodkové poistenie, na invalidné poistenie, na úrazové poistenie, na garančné poistenie, na poistenie v nezamestnanosti a poistného do rezervného fondu solidarity v úhrnnej sume 25 775,66 €. Žalobca žiada zrušiť uvedené rozhodnutia správnych orgánov a vec vrátiť žalovanému na ďalšie konanie. Žalobca zároveň žiadal súd o odklad vykonateľnosti uvádzaných rozhodnutí. Dôvodom tejto žiadosti bola skutočnosť, že okamžitým výkonom napadnutého rozhodnutia hrozí žalobcovi závažná ujma spočívajúca v tom, že v dôsledku povolenia reštrukturalizácie (Uznesením Okresného súdu Bratislava I zo dňa 13.12.2012, sp.zn. 6R/9/2012, ktoré nadobudlo právoplatnosť a vykonateľnosť dňa 20.12.2012, za správcu bol ustanovený JUDr. Karol Kovár so sídlom: Vajnorská 8/A, 831 04 Bratislava) žalobcu by mohlo smerovať k zmareniu reštrukturalizácie a nezvratným ekonomickým dopadom na žalobcu. Uvedené skutočnosti žalobca preukázal aj listinnými dôkazmi pripojenými k tejto žalobe. Podľa § 250c veta druhá O.s.p., na žiadosť účastníka môže predseda senátu uznesením vykonateľnosť rozhodnutia odložiť, ak by okamžitým výkonom napadnutého rozhodnutia hrozila závažná ujma. Súd v súlade s citovaným zákonným ustanovením, po preskúmaní žiadosti žalobcu a priložených dokladov zistil, že žalovaného (veriteľ) prihlásená pohľadávka voči žalobcovi bola zahrnutá správcom do reštrukturalizačného plánu žalobcu (§ 135 ods. 2 ZoKR). Súd rozhodol o žiadosti žalobcu spôsobom uvedeným vo výroku tohoto uznesenia a odložil vykonateľnosť napadnutého rozhodnutia, keďže žalobca preukázal hrozbu závažnej ujmy v prípade okamžitého vykonania napadnutého rozhodnutia, t.j., zaplatenia uloženého poistného a príspevkov vo vzťahu k odsúhlasenému reštrukturalizačnému plánu. Poučenie: Proti tomuto uzneseniu odvolanie nie je prípustné.</w:t>
      </w:r>
    </w:p>
    <w:p/>
    <w:p>
      <w:r>
        <w:t>Zdroj: KAUZIS.SK – https://www.kauzis.sk/judikatura/r/ECLI:SK:KSBA:2013:1013200671.2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