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9Saz/23/2013 z 10. 9. 2013</w:t>
      </w:r>
    </w:p>
    <w:p>
      <w:r>
        <w:t>Rozsudok Krajského súdu Bratislava z 10. septembra 2013, sp. zn. 9Saz/23/2013, ECLI:SK:KSBA:2013:1013200712.1</w:t>
      </w:r>
    </w:p>
    <w:p>
      <w:r>
        <w:t>Súd: Krajský súd Bratislava</w:t>
      </w:r>
    </w:p>
    <w:p>
      <w:r>
        <w:t>Spisová značka: 9Saz/23/2013</w:t>
      </w:r>
    </w:p>
    <w:p>
      <w:r>
        <w:t>ECLI: ECLI:SK:KSBA:2013:1013200712.1</w:t>
      </w:r>
    </w:p>
    <w:p>
      <w:r>
        <w:t>Dátum vydania: 10. 9. 2013</w:t>
      </w:r>
    </w:p>
    <w:p>
      <w:r>
        <w:t>Forma: Rozsudok</w:t>
      </w:r>
    </w:p>
    <w:p>
      <w:r>
        <w:t>Oblasť práva: Správne právo</w:t>
      </w:r>
    </w:p>
    <w:p>
      <w:pPr>
        <w:pStyle w:val="Heading2"/>
      </w:pPr>
      <w:r>
        <w:t>Text rozhodnutia</w:t>
      </w:r>
    </w:p>
    <w:p>
      <w:r>
        <w:t>Súd: Krajský súd Bratislava Spisová značka: 9Saz/23/2013 Identifikačné číslo súdneho spisu: 1013200712 Dátum vydania rozhodnutia: 11. 09. 2013 Meno a priezvisko sudcu, VSÚ: JUDr. Ľubomír Šramko ECLI: ECLI:SK:KSBA:2013:1013200712.1 ROZSUDOK V MENE SLOVENSKEJ REPUBLIKY Krajský súd v Bratislave v konaní pred sudcom JUDr. Ľubomírom Šramkom v právnej veci navrhovateľa: H. E. G. H., narodeného X.XX.XXXX, štátneho príslušníka Q. S. (Ď. A. „.), podľa vlastného udania v krajine pôvodu bytom naposledy K. Š.L. XX, E. Š. I. E., E., H. J., Q., aktuálne s miestom pobytu S. XX, T., zastúpeného pánom JUDr. Jindřichom Stoszekom, advokátom so sídlom Černyševského 26, Bratislava proti odporcovi: Ministerstvo vnútra Slovenskej republiky - Migračný úrad, Pivonková 6, Bratislava o opravnom prostriedku navrhovateľa zo dňa 16.4.2013 proti rozhodnutiu odporcu ČAS: MU-345-40/PO- Ž-2012 zo dňa 19.2.2013 takto r o z h o d o l : Krajský súd v Bratislave napadnuté rozhodnutie odporcu ČAS: MU-345-40/PO-Ž-2012 zo dňa 19.2.2013 p o t v r d z u j e. Krajský súd v Bratislave navrhovateľovi n e p r i z n á v a právo na náhradu trov tohto konania. o d ô v o d n e n i e : Napadnutým rozhodnutím ČAS: MU-345-40/PO-Ž-2012 zo dňa 19.2.2013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 Konvencie z roku 1951 o právnom postavení utečencov (ďalej len Ženevská konvencia) a zo zákona o azyle. Osobitne poukázal na v konaní preukázanú všeobecnú nehodnovernosť navrhovateľa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zákonnej lehote opravný prostriedok - návrh zo dňa 16.4.2013, ktorým sa domáhal jeho zrušenia v celom rozsahu. Namietal v ňom nedostatočné zistenie stavu veci spočívajúce v tom, že odporca si nevyžiadal stanovisko Turecka (jeho zastupiteľského orgánu na Slovensku) a ani Ministerstva zahraničných vecí Slovenskej republiky - MZVSR (k prejednávanej veci), nakoľko podľa jeho názoru nie je možné vylúčiť, že by tieto inštitúcie potvrdili navrhovateľom prezentované obavy. Odporca navrhol vo svojom vyjadrení zo dňa 13.6.2013 k návrhu napadnuté rozhodnutie v celom rozsahu potvrdiť. Zotrval na správnosti napadnutého rozhodnutia, ako aj na jeho odôvodnení, poukázal pritom na skutočnosť, že s poukazom na znenie § 49 ods. 3 veta druhá zákona o azyle ako štátny orgán posudzujúci žiadosť o azyl nesmie získavať informácie od pôvodcu prezentovaného prenasledovania Súd podaný návrh prejednal a rozhodol podľa ust. § 250q Občianskeho súdneho poriadku v platnom znení ( O.s.p.) ako miestne a vecne príslušný súd (§ 246a ods. 2 O.s.p., § 21 ods.3 zákona o azyle., § 14 zák. č.371/2004 Z.z. v platnom znení) na pojednávaní za prítomnosti účastníkov konania a dospel k názoru, že napadnuté rozhodnutie odporcu je potrebné potvrdiť ako vecne správne. Súd v prejednávanej veci dokazovanie nedoplnil. Pred samotným prejednaním a rozhodnutím veci sa podrobne oboznámil s obsahom prvostupňového správneho spisu ČAS: MU-345/PO-Ž-2012 z obsahu ktorého o.i. zistil, že odporca vyhľadal a do spisu založil informácie o krajine pôvodu navrhovateľa, pochádzajúce z rôznych zdrojov, ktoré boli obsahovo zamerané na dôvody žiadosti o azyl, prezentované navrhovateľom, ako aj na aktuálnu bezpečnostnú situáciu v krajine pôvodu navrhovateľa. Podľa ust. § 52 ods. 1 zákona o azyle na konanie podľa tohto zákona sa vzťahuje všeobecný predpis o správnom konaní, ak tento zákon neustanovuje inak. Podľa ust. § 46 zák. č. 71/1967 Z. o správnom konaní v platnom znení (Správny poriadok) rozhodnutie musí byť v súlade so zákonmi a ostatnými právnymi predpismi, musí ho vydať orgán na to príslušný, musí vychádzať zo spoľahlivo zisteného stavu veci a musí obsahovať predpísané náležitosti. Podľa ust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19a ods. 1 písm. a)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 akým sa uplatňujú, Podľa ust. § 49 ods. 3 zákona o azyle ministerstvo nesmie počas konania o azyle, počas trvania azylu, počas poskytovania doplnkovej ochrany, počas konania o poskytnutie dočasného útočiska a počas poskytovania dočasného útočiska poskytnúť údaje podľa § 48 do štátu podľa § 8, § 13a a § 29 ods. 1 bez súhlasu dotknutej osoby. Ministerstvo nesmie získavať informácie o cudzincoch od pôvodcu ich prenasledovania alebo vážneho bezprávia spôsobom, ktorým sa pôvodca prenasledovania dozvie, že títo cudzinci sú azylanti alebo cudzinci, ktorým sa poskytla doplnková ochrana; v prípade žiadateľov od údajného pôvodcu prenasledovania alebo vážneho bezprávia.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spočívajúcom v tom, že odporca si nevyžiadal stanovisko Turecka (jeho zastupiteľského orgánu na Slovensku) a ani Ministerstva zahraničných vecí Slovenskej republiky: Podľa názoru súdu táto námietka nie je dôvodná. Ako to vyplýva z podanej žiadosti o azyl, resp. z konkretizácie dôvodov, prezentovaných navrhovateľom v konaní pred odporcom, tento požiadal o azyl z dôvodov: 1/ ním prezentovaného členstva v politickej strane BDP (Demokratická strana Turecka); 2/ obťažovania jeho osoby políciou z dôvodu jeho kurdskej národnosti. Odporca vo veci zákonným spôsobom uskutočnil s navrhovateľom po jeho riadnom poučení ako žiadateľa o azyl za prítomnosti tlmočníka vstupný pohovor (spísanie dotazníka), ako aj doplňujúce pohovory v priebehu ktorých sa navrhovateľ vyjadril podrobne k dôvodom svojej žiadosti o poskytnutie medzinárodnej ochrany. V priebehu konania pred odporcom prebehlo aj konanie podľa Dublinského nariadenia, výsledkom ktorého bolo to, že podanú žiadosť o azyl posúdil odporca. Takýmto postupom - dokazovaním - odporca získal dostatok informácií o podstate a dôvodoch navrhovateľovej žiadosti o azyl. Následne odporca zabezpečil vyhľadanie a založenie do spisu správ o krajine pôvodu navrhovateľa, pochádzajúce z rôznych zdrojov, obsahovo sa týkajúce navrhovateľom prezentovaných dôvodov jeho žiadosti o azyl (viď ich konkretizáciu v predchádzajúcom odseku, resp. v odôvodnení napadnutého rozhodnutia), ako aj aktuálnej všeobecnej bezpečnostnej situácie v Turecku (vo vzťahu k prípadnej existencii vážneho bezprávia). Tieto informácie sú jednak súčasťou komplexných materiálov o Turecku (1.10.2012, 29.5.2012, 28.1.2012, 15.10.2012), ako aj množstvo individuálne získaných správ, týkajúcich sa postavenia a zaobchádzania s kurdskou menšinou, kurdských televíznych staníc v Turecku, politickej strany BDP Takto získaná suma poznatkov, obsahovo sa viažucich k dôvodom navrhovateľovej žiadosti o poskytnutie medzinárodnej ochrany je podľa názoru sú dostatočnou na posúdenie žiadosti navrhovateľa. Navrhovateľ svoju námietku konkretizoval v tom smere, že odporca si pri zisťovaní stavu veci nevyžiadal stanovisko Turecka (jeho zastupiteľského orgánu na Slovensku) a ani Ministerstva zahraničných vecí Slovenskej republiky. K tomu je podstatné poukázať na nasledovné: Zákon o azyle a ani Správny poriadok odporcovi neukladá povinnosť získavať informácie o krajine pôvodu žiadateľa o azyl z konkrétneho orgánu či organizácie. Zo zákonných ustanovení týchto právnych predpisov vyplýva pre odporcu povinnosť zistiť spoľahlivo stav veci, pričom zákon o azyle iba v ustanovení § 19a ods. 1 písm. a) konkretizuje, akým spôsobom má (odporca) v tomto smere konať. Ak teda odporca spôsobom, ktorý uplatnil v tomto konaní zistil dostatočným spôsobom stav veci (správami o krajine pôvodu navrhovateľa, pochádzajúcimi z rôznych a dôveryhodných zdrojov), nebolo potrebné, aby v tomto smere kontaktoval Ministerstvo zahraničných vecí Slovenskej republiky (pokiaľ by to sám nepovažoval za potrebné). Pokiaľ ide o námietku vo vzťahu k nezískaniu informácií od štátneho orgánu Turecka, je potrebné poukázať na znenie ust. § 49 ods. 3 zákona o azyle, ktoré ustanovenie priamo zakazuje odporcovi získavať informácie od pôvodcu prezentovaného prenasledovania. Ak sa teda navrhovateľ obával perzekúcie zo strany Turecka (tureckých štátnych orgánov) z dôvodu nenastúpenia na vojenskú službu, resp. z dôvodu jeho straníckej príslušnosti v strane BDP, resp. z dôvodu obťažovania jeho osoby ako Kurda políciou, odporca nemohol zo zákona a v žiadnom prípade kontaktovať turecký štátny orgán (ktorým nepochybne zastupiteľský úrad Turecka na Slovensku je) k získaniu informácií o týchto, navrhovateľom prezentovaných dôvodoch jeho žiadosti o azyl. Pretože odporca zákonným a dostatočným spôsobom zistil stav veci, pričom nebolo potrebné, aby k jeho zisteniu kontaktoval MZVSR a pretože zákon o azyle výslovne zakazuje odporcovi získavať informácie o krajine pôvodu od pôvodcu prezentovaného prenasledovania, súd dospel k názoru, že napadnuté rozhodnutie odporcu je potrebné potvrdiť ako správne a zákonné. O trovách navrhovateľa súd rozhodol za použitia ust. § 250 k ods.1 O.s.p. s poukazom na výsledok konania. Navrhovateľ bol v konaní neúspešný a preto mu súd nepriznal právo na ich náhradu.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https://www.kauzis.sk/judikatura/r/ECLI:SK:KSBA:2013:1013200712.1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