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6S/97/2013 z 22. 4. 2013</w:t>
      </w:r>
    </w:p>
    <w:p>
      <w:r>
        <w:t>Uznesenie Krajského súdu Bratislava z 22. apríla 2013, sp. zn. 6S/97/2013, ECLI:SK:KSBA:2013:1013200751.1</w:t>
      </w:r>
    </w:p>
    <w:p>
      <w:r>
        <w:t>Súd: Krajský súd Bratislava</w:t>
      </w:r>
    </w:p>
    <w:p>
      <w:r>
        <w:t>Spisová značka: 6S/97/2013</w:t>
      </w:r>
    </w:p>
    <w:p>
      <w:r>
        <w:t>ECLI: ECLI:SK:KSBA:2013:1013200751.1</w:t>
      </w:r>
    </w:p>
    <w:p>
      <w:r>
        <w:t>Dátum vydania: 22. 4. 2013</w:t>
      </w:r>
    </w:p>
    <w:p>
      <w:r>
        <w:t>Forma: Uznesenie</w:t>
      </w:r>
    </w:p>
    <w:p>
      <w:pPr>
        <w:pStyle w:val="Heading2"/>
      </w:pPr>
      <w:r>
        <w:t>Text rozhodnutia</w:t>
      </w:r>
    </w:p>
    <w:p>
      <w:r>
        <w:t>Súd: Krajský súd Bratislava Spisová značka: 6S/97/2013 Identifikačné číslo súdneho spisu: 1013200751 Dátum vydania rozhodnutia: 23. 04. 2013 Meno a priezvisko sudcu, VSÚ: JUDr. Petra Príbelská, PhD. ECLI: ECLI:SK:KSBA:2013:1013200751.1 Uznesenie Krajský súd v Bratislave v právnej veci žalobcu: L.. L. X., bytom T. XX, XXX XX V., právne zastúpený: ČERNEJOVÁ &amp; HRBEK, s.r.o., so sídlom Kýčerovského 7, 811 05 Bratislava, proti žalovanému: Sociálna poisťovňa - ústredie, so sídlom Ulica 29.augusta č. 8-10, 813 63 Bratislava o preskúmanie zákonnosti rozhodnutia žalovaného č. 12897-2/2013-BA zo dňa 13.3.2013, takto r o z h o d o l : Žalobcovi sa vracia súdny poplatok vo výške 66,- €, ktorý bude vrátený po právoplatnosti tohto rozhodnutia prostredníctvom Daňového úradu Bratislava, Ševčenkova 32, 850 00 Bratislava. o d ô v o d n e n i e : Žalobou podanou na Krajskom súde v Bratislave dňa 23.4.2013 sa žalobca domáhal preskúmania rozhodnutia žalovaného č. 12897-2/2013-BA zo dňa 13.3.2013, ktorým žalovaný odvolanie žalobcu zamietol a rozhodnutie Sociálnej poisťovne, pobočka Bratislava č. 705-0200099912-GC09/12 zo dňa 24.7.2012 potvrdil. S podanou žalobou zaplatil žalobca aj súdny poplatok vo výške 66,- €. Podľa § 4 ods. 1 písm. c) zákona č. 71/1992 Zb. o súdnych poplatkoch, od poplatku je oslobodené súdne konanie vo veciach zdravotného poistenia, sociálneho poistenia a sociálneho zabezpečenia, starobného dôchodkového sporenia, doplnkového dôchodkového sporenia, štátnych sociálnych dávok, peňažných príspevkov na kompenzáciu sociálnych dôsledkov ťažkého zdravotného postihnutia, preukazu fyzickej osoby s ťažkým zdravotným postihnutím, preukazu fyzickej osoby s ťažkým zdravotným postihnutím so sprievodcom, parkovacieho preukazu pre fyzickú osobu so zdravotným postihnutím, sociálnych služieb, aktívnych opatrení na trhu práce a poskytovania zdravotnej starostlivosti. Podľa § 11 ods. 1 zákona č. 71/1992 Zb. o súdnych poplatkoch, poplatok sa vráti, ak ho zaplatil ten, kto nebol povinný platiť alebo kto ho zaplatil na základe nesprávneho rozhodnutia súdu. Poplatok sa taktiež vráti, ak súd vráti návrh navrhovateľovi pre nedostatok právomoci. Poplatok za uplatnenie námietky zaujatosti sa vráti, ak bola námietka zaujatosti uplatnená odôvodnene; ak poplatok v takomto prípade ešte nebol zaplatený, súd uznesenie o uložení povinnosti zaplatiť poplatok zruší. O vrátení poplatku rozhodne i bez návrhu súd, ktorý bezdôvodne zaplatený poplatok prevzal. Podľa § 11 ods. 6 zákona č. 71/1992 Zb. o súdnych poplatkoch, ak sa má vrátiť poplatok alebo preplatok poplatku, súd alebo orgán štátnej správy súdov zašle odpis právoplatného rozhodnutia o jeho vrátení daňovému úradu príslušnému podľa trvalého pobytu (sídla) poplatníka, ktorý poplatok alebo preplatok poplatku vráti; v prípade, že orgán štátnej správy súdov nevydal rozhodnutie, zašle písomné upovedomenie o spôsobe vybavenia sťažnosti podľa osobitného zákona. Pokiaľ nevznikne poplatková povinnosť podľa § 5 ods. 1, najmä v prípadoch, ak ten, kto zaplatil súdny poplatok, nebol poplatníkom, alebo ak je konanie vecne oslobodené od súdnych poplatkov, alebo ak je poplatník od poplatku oslobodený, avšak napriek tomu bol poplatok zaplatený, súd uznesením nariadi vrátenie zaplateného poplatku tomu, kto ho zaplatil, aj keď na to nebol povinný. Vrátenie poplatku nie je viazané na žiadosť alebo návrh toho, kto poplatok zaplatil. O vrátení bez ďalšieho rozhoduje súd, ktorý bezdôvodne zaplatený poplatok prevzal, a to z úradnej povinnosti. Ak sa vracia poplatok z dôvodu, že ho zaplatil ten, kto nebol povinný ho platiť, alebo tomu, kto ho zaplatil na základe nesprávneho rozhodnutia súdu, poplatok v rozvodovom konaní pred začatím pojednávania, ako aj poplatok podľa odseku 5, vracia sa v plnej, nekrátenej výške. Podľa zákona č. 71/1992 Zb. o súdnych poplatkoch, Sadzobníka súdnych poplatkov, Položka 10 písm. a) za návrh na preskúmanie zákonnosti rozhodnutia orgánu verejnej správy na základe žaloby s účinnosťou od 1.10.2012 je súdny poplatok 70,- €. Žalobca zaplatil spolu so žalobou súdny poplatok vo výške 66,- €. Nakoľko v zmysle § 4 ods. 1 písm. c) zákona o súdnych poplatkoch je konanie týkajúce sa zákona č. 461/2003 Z.z. o sociálnom poistení oslobodené od súdnych poplatkov, Krajský súd v Bratislave rozhodol, že žalobcovi bude vrátený súdny poplatok vo výške 66,- € prostredníctvom Daňového úradu Bratislava po nadobudnutí právoplatnosti tohto rozhodnutia.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https://www.kauzis.sk/judikatura/r/ECLI:SK:KSBA:2013:1013200751.1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