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6S/99/2013 z 6. 6. 2013</w:t>
      </w:r>
    </w:p>
    <w:p>
      <w:r>
        <w:t>Uznesenie Krajského súdu Bratislava z 6. júna 2013, sp. zn. 6S/99/2013, ECLI:SK:KSBA:2013:1013200760.1</w:t>
      </w:r>
    </w:p>
    <w:p>
      <w:r>
        <w:t>Súd: Krajský súd Bratislava</w:t>
      </w:r>
    </w:p>
    <w:p>
      <w:r>
        <w:t>Spisová značka: 6S/99/2013</w:t>
      </w:r>
    </w:p>
    <w:p>
      <w:r>
        <w:t>ECLI: ECLI:SK:KSBA:2013:1013200760.1</w:t>
      </w:r>
    </w:p>
    <w:p>
      <w:r>
        <w:t>Dátum vydania: 6. 6.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6S/99/2013 Identifikačné číslo súdneho spisu: 1013200760 Dátum vydania rozhodnutia: 07. 06. 2013 Meno a priezvisko sudcu, VSÚ: JUDr. Petra Príbelská, PhD. ECLI: ECLI:SK:KSBA:2013:1013200760.1 Uznesenie Krajský súd v Bratislave v právnej veci žalobcu: R. G., bytom E. XX, XXX XX V., právne zastúpený: KUTAN &amp; PARTNERS s.r.o., advokátska kancelária, so sídlom Laurinská 18, 811 01 Bratislava proti žalovanému: Obvodný úrad Bratislava, Odbor výstavby a bytovej politiky, o preskúmanie zákonnosti rozhodnutia žalovaného č. A/2013/526/KIZ zo dňa 7.2.2013, jednohlasne, takto r o z h o d o l : Krajský súd v Bratislave konanie z a s t a v u j e . Žiaden z účastníkov nemá právo na náhradu trov konania. o d ô v o d n e n i e : Žalobou podanou na Krajskom súde v Bratislave dňa 24.4.2013 sa žalobca domáhal preskúmania zákonnosti rozhodnutia žalovaného č. A/2013/526/KIZ zo dňa 7.2.2013, ktorým žalovaný ako odvolací orgán zmenil rozhodnutie prvostupňového správneho orgánu v stavebnom konaní vedenom pod č. SÚ-6525/2012/Pa zo dňa 10.9.2012 vo veci povolenia stavby „ Rodinný dom a spevnené plochy, s napojením na verejné siete elektrickej energie a vody, s kanalizačnou prípojkou do verejnej stokovej siete“. Pred rozhodnutím vo veci samej žalobca svojím podaním doručeným súdu dňa 23.5.2013 oznámil, že berie svoju žalobu v celom rozsahu späť.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Toto rozhodnutie bolo prijaté senátom v pomere 3:0.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https://www.kauzis.sk/judikatura/r/ECLI:SK:KSBA:2013:1013200760.1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