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1S/117/2013 z 29. 5. 2013</w:t>
      </w:r>
    </w:p>
    <w:p>
      <w:r>
        <w:t>Uznesenie Krajského súdu Bratislava z 29. mája 2013, sp. zn. 1S/117/2013, ECLI:SK:KSBA:2013:1013200848.1</w:t>
      </w:r>
    </w:p>
    <w:p>
      <w:r>
        <w:t>Súd: Krajský súd Bratislava</w:t>
      </w:r>
    </w:p>
    <w:p>
      <w:r>
        <w:t>Spisová značka: 1S/117/2013</w:t>
      </w:r>
    </w:p>
    <w:p>
      <w:r>
        <w:t>ECLI: ECLI:SK:KSBA:2013:1013200848.1</w:t>
      </w:r>
    </w:p>
    <w:p>
      <w:r>
        <w:t>Dátum vydania: 29. 5. 2013</w:t>
      </w:r>
    </w:p>
    <w:p>
      <w:r>
        <w:t>Forma: Uznesenie</w:t>
      </w:r>
    </w:p>
    <w:p>
      <w:pPr>
        <w:pStyle w:val="Heading2"/>
      </w:pPr>
      <w:r>
        <w:t>Text rozhodnutia</w:t>
      </w:r>
    </w:p>
    <w:p>
      <w:r>
        <w:t>Súd: Krajský súd Bratislava Spisová značka: 1S/117/2013 Identifikačné číslo súdneho spisu: 1013200848 Dátum vydania rozhodnutia: 30. 05. 2013 Meno a priezvisko sudcu, VSÚ: Mgr. Tomáš Niňaj ECLI: ECLI:SK:KSBA:2013:1013200848.1 Uznesenie Krajský súd v Bratislave v právnej veci žalobkyne: F. A., V. XXX/XX, XXX XX B., právne zastúpená: Advokátska kancelária Mišík, s.r.o., Prievozská 4B, 821 09 Bratislava, proti žalovanému: Všeobecná zdravotná poisťovňa, a.s., Mamateyova 17, 850 05 Bratislava, o preskúmanie zákonnosti výkazu nedoplatkov žalovaného č. 1218478917 zo dňa 27.08.2012, takto r o z h o d o l : Krajský súd v Bratislave v r a c i a žalobkyni súdny poplatok za žalobu vo výške 70 eur, prostredníctvom Daňového úradu Bratislava, po právoplatnosti tohto uznesenia. o d ô v o d n e n i e : Žalobou podanou na Krajský súd v Bratislave dňa 02.05.2013 sa žalobkyňa domáha preskúmania zákonnosti výkazu nedoplatkov č. 1218478917 zo dňa 27.08.2012, ktorým žalovaný uložil žalobkyni povinnosť zaplatiť nedoplatok na poistnom v sume 417,61 Eur. Žalobkyňa za návrh na preskúmanie zákonnosti rozhodnutia orgánu verejnej správy zaplatila súdny poplatok v kolkoch vo výške 70 eur. Podľa § 4 ods. 1 písm. c) zákona č. 71/1992 Zb. o súdnych poplatkoch a poplatku za výpis z registra trestov v znení neskorších predpisov (ďalej zákon o súdnych poplatkoch), od poplatku je oslobodené súdne konanie vo veciach: zdravotného poistenia, sociálneho poistenia a sociálneho zabezpečenia, starobného dôchodkového sporenia, doplnkového dôchodkového sporenia, štátnych sociálnych dávok, peňažných príspevkov na kompenzáciu sociálnych dôsledkov ťažkého zdravotného postihnutia, preukazu fyzickej osoby s ťažkým zdravotným postihnutím, preukazu fyzickej osoby s ťažkým zdravotným postihnutím so sprievodcom, parkovacieho preukazu pre fyzickú osobu so zdravotným postihnutím, sociálnych služieb, aktívnych opatrení na trhu práce a poskytovania zdravotnej starostlivosti. Podľa § 11 ods. 1 zákona o súdnych poplatkoch, poplatok sa vráti, ak ho zaplatil ten, kto nebol povinný platiť alebo kto ho zaplatil na základe nesprávneho rozhodnutia súdu. Poplatok sa taktiež vráti, ak súd vráti návrh navrhovateľovi pre nedostatok právomoci. Poplatok za uplatnenie námietky zaujatosti sa vráti, ak bola námietka zaujatosti uplatnená odôvodnene; ak poplatok v takomto prípade ešte nebol zaplatený, súd uznesenie o uložení povinnosti zaplatiť poplatok zruší. O vrátení poplatku rozhodne i bez návrhu súd, ktorý bezdôvodne zaplatený poplatok prevzal. Podľa § 11 ods. 6 zákona o súdnych poplatkoch, ak sa má vrátiť poplatok alebo preplatok poplatku, súd alebo orgán štátnej správy súdov zašle odpis právoplatného rozhodnutia o jeho vrátení daňovému úradu príslušnému podľa trvalého pobytu (sídla) poplatníka, ktorý poplatok alebo preplatok poplatku vráti; v prípade, že orgán štátnej správy súdov nevydal rozhodnutie, zašle písomné upovedomenie o spôsobe vybavenia sťažnosti podľa osobitného zákona. Finančný úrad vráti poplatok alebo preplatok poplatku do 30 dní odo dňa doručenia odpisu právoplatného rozhodnutia alebo písomného upovedomenia. Žalobkyňa je v zmysle § 4 ods. 1 písm. c) zákona o súdnych poplatkoch od platenia súdneho poplatku oslobodená. Keďže žalobkyňa zaplatila súdny poplatok aj napriek tomu, že nebola povinná ho platiť, tento jej bude vrátený v zmysle vyššie citovaných zákonných ustanovení vo výške 70 eur prostredníctvom príslušného daňového úradu po nadobudnutí právoplatnosti uznesenia. Poučenie: Proti tomuto uzneseniu možno podať odvolanie do 15 dní odo dňa jeho doručenia, na Krajský súd v Bratislave. Proti rozhodnutiu súdneho úradníka alebo justičného čakateľa je vždy prípustné odvolanie. Odvolaniu podanému proti rozhodnutiu, ktoré vydal súdny úradník alebo justičný čakateľ, môže v celom rozsahu vyhovieť sudca, ktorého rozhodnutie sa považuje za rozhodnutie súdu prvého stupňa; ak sudca odvolaniu nevyhovie, predloží vec na rozhodnutie odvolaciemu súdu. Ak odvolanie podané v odvolacej lehote oprávnenou osobou smeruje proti rozhodnutiu súdneho úradníka alebo justičného čakateľa, proti ktorému zákon odvolanie nepripúšťa (§ 202), rozhodnutie sa podaním odvolania zrušuje a opätovne rozhodne sudca.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https://www.kauzis.sk/judikatura/r/ECLI:SK:KSBA:2013:1013200848.1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