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1S/117/2013 z 6. 11. 2013</w:t>
      </w:r>
    </w:p>
    <w:p>
      <w:r>
        <w:t>Uznesenie Krajského súdu Bratislava z 6. novembra 2013, sp. zn. 1S/117/2013, ECLI:SK:KSBA:2013:1013200848.2</w:t>
      </w:r>
    </w:p>
    <w:p>
      <w:r>
        <w:t>Súd: Krajský súd Bratislava</w:t>
      </w:r>
    </w:p>
    <w:p>
      <w:r>
        <w:t>Spisová značka: 1S/117/2013</w:t>
      </w:r>
    </w:p>
    <w:p>
      <w:r>
        <w:t>ECLI: ECLI:SK:KSBA:2013:1013200848.2</w:t>
      </w:r>
    </w:p>
    <w:p>
      <w:r>
        <w:t>Dátum vydania: 6.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1S/117/2013 Identifikačné číslo súdneho spisu: 1013200848 Dátum vydania rozhodnutia: 07. 11. 2013 Meno a priezvisko sudcu, VSÚ: JUDr. Monika Valašíková PhD. ECLI: ECLI:SK:KSBA:2013:1013200848.2 Uznesenie Krajský súd v Bratislave v právnej veci žalobkyne: F. A., V. XXX/XX, XXX XX B., právne zastúpená: Advokátska kancelária Mišík, s.r.o., Prievozská 4B, 821 09 Bratislava, IČO: 36 862 746, proti žalovanému: Všeobecná zdravotná poisťovňa, a.s., Mamateyova 17, 850 05 Bratislava, o preskúmanie zákonnosti rozhodnutia žalovaného č. 1218478917 zo dňa 27.08.2012 takto r o z h o d o l : Krajský súd v Bratislave konanie z a s t a v u j e . Žalovaný je povinný zaplatiť žalobkyni na účet právneho zástupcu žalobkyne vedený v Y., č.ú.: XXXXXXXXXX/XXXX trovy konania vo výške XXX,XX Eur do 3 dní od právoplatnosti rozhodnutia. o d ô v o d n e n i e : Žalobou doručenou Krajskému súdu v Bratislave dňa 02.05.2013 sa žalobkyňa domáha preskúmania zákonnosti výkazu nedoplatkov žalovaného č. 1218478917 zo dňa 27.08.2012, ktorým žalovaný uložil žalobkyni povinnosť zaplatiť nedoplatok na poistnom v sume 417,61 Eur. Pred rozhodnutím vo veci samej žalobkyňa svojím podaním doručeným súdu dňa 30.10.2013 oznámila, že berie svoju žalobu v celom rozsahu späť a žiada konanie zastaviť s tým, že si uplatňuje nárok na náhradu trov konania. Uviedla, že po podaní žaloby žalovaná zrušila predmetný výkaz nedoplatkov a exekúcia bola zrušená.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žalobkyňa vzala späť žalobu pred rozhodnutím veci, súd v súlade s ustanovením § 250d ods. 3 O.s.p. konanie zastavil. O náhrade trov konania súd rozhodol podľa § 146 ods. 2 s použitím ustanovenia § 246c O.s.p., pretože žalobkyňa zobrala žalobu späť potom, čo žalovaný predmetný výkaz nedoplatkov č. 1218478917 zo dňa 27.08.2012 zrušil a exekúcia ktorá bola na jeho podklade vedená, bola zastavená. Súd priznal žalobkyni trovy konania predstavujúce trovy právneho zastúpenia podľa § 11 ods. 4 a § 16 ods. 3 vyhl. č. 655/2004 Z.z. a to za štyri úkony právnej pomoci (prevzatie zastúpenia, podanie žaloby, návrh na odklad vykonateľnosti, späťvzatie žaloby) 4x57 Eur a paušál 4x7,81 Eur + 20% DPH, čo spolu predstavuje 304,84 Eur. Toto rozhodnutie prijal senát Krajského súdu v Bratislave v pomere hlasov 3:0(podľa § 3 ods. 9 zákona č. 757/2004 Z.z. o súdoch a o zmene a doplnení niektorých zákonov v znení účinnom ku dňu 1.5.2011)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https://www.kauzis.sk/judikatura/r/ECLI:SK:KSBA:2013:1013200848.2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