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6S/122/2013 z 15. 8. 2013</w:t>
      </w:r>
    </w:p>
    <w:p>
      <w:r>
        <w:t>Uznesenie Krajského súdu Bratislava z 15. augusta 2013, sp. zn. 6S/122/2013, ECLI:SK:KSBA:2013:1013200880.1</w:t>
      </w:r>
    </w:p>
    <w:p>
      <w:r>
        <w:t>Súd: Krajský súd Bratislava</w:t>
      </w:r>
    </w:p>
    <w:p>
      <w:r>
        <w:t>Spisová značka: 6S/122/2013</w:t>
      </w:r>
    </w:p>
    <w:p>
      <w:r>
        <w:t>ECLI: ECLI:SK:KSBA:2013:1013200880.1</w:t>
      </w:r>
    </w:p>
    <w:p>
      <w:r>
        <w:t>Dátum vydania: 15. 8.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6S/122/2013 Identifikačné číslo súdneho spisu: 1013200880 Dátum vydania rozhodnutia: 16. 08. 2013 Meno a priezvisko sudcu, VSÚ: JUDr. Judita Kokolevská ECLI: ECLI:SK:KSBA:2013:1013200880.1 Uznesenie Krajský súd v Bratislave v právnej veci žalobcu: ETRANSA Slovakia s.r.o., so sídlom Prokopa Veľkého 52, 811 01 Bratislava, IČO: 35 749 857, právne zastúpený: KPMG Legal s.r.o., advokátska kancelária so sídlom Dvořákovo nábrežie 10, 811 02 Bratislava proti žalovanému: Finančné riaditeľstvo Slovenskej republiky, so sídlom Lazovná 63, 974 01 Banská Bystrica o preskúmanie zákonnosti rozhodnutia žalovaného č. 1100301/1/132041/2013/5094 zo dňa 28.3.2013, takto r o z h o d o l : Krajský súd v Bratislave o d k l a d á vykonateľnosť rozhodnutia žalovaného č. 1100301/1/132041/2013/5094 zo dňa 28.3.2013 v spojení s rozhodnutím Daňového úradu pre vybrané daňové subjekty č. 9900403/5/1433439/2012/Zat zo dňa 3.7.2012 a to až do nadobudnutia právoplatnosti rozhodnutia súdu vo veci samej. o d ô v o d n e n i e : Žalobou doručenou Krajskému súdu v Bratislave dňa 3.5.2013 sa žalobca domáhal preskúmania zákonnosti rozhodnutia žalovaného č. 1100301/1/132041/2013/5094 zo dňa 28.3.2013, ktorým žalovaný zamietol odvolanie žalobcu a potvrdil dodatočný platobný výmer Daňového úradu pre vybrané daňové subjekty č. 9900403/5/1433439/2012/Zat zo dňa 3.7.2012, ktorým správca dane vyrubil žalobcovi rozdiel dane z pridanej hodnoty za zdaňovacie obdobie október 2008 v sume XXX.XXX,XX €. Žalobca zároveň v žalobe zo dňa 3.5.2012 požiadal súd o odklad vykonateľnosti napadnutého rozhodnutia z dôvodu, že okamžitý výkon rozhodnutia v uvedenom objeme by znamenal pre žalobcu závažnú ujmu na jeho majetku. Vykonaním výmeru hrozí, že sa žalobca stane neschopný splácať svoje splatné záväzky viacerým veriteľom a teda mu bezprostredne hrozí platobná neschopnosť a povinnosť podať návrh na vyhlásenie konkurzu na jeho majetok. Okamžitým výkonom rozhodnutia preto hrozí závažná ujma, smerujúca k samotnej likvidácii spoločnosti. Podľa § 250c veta druhá OSP,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keďže okamžitým výkonom rozhodnutia, zaväzujúceho žalobcu k odvedeniu sumy vo výške XXX.XXX,XX € by mu hrozila vážna ujma v majetkovej sfére. Krajský súd v Bratislave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https://www.kauzis.sk/judikatura/r/ECLI:SK:KSBA:2013:1013200880.1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