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10Sd/30/2013 z 18. 7. 2013</w:t>
      </w:r>
    </w:p>
    <w:p>
      <w:r>
        <w:t>Uznesenie Krajského súdu Bratislava z 18. júla 2013, sp. zn. 10Sd/30/2013, ECLI:SK:KSBA:2013:1013201064.1</w:t>
      </w:r>
    </w:p>
    <w:p>
      <w:r>
        <w:t>Súd: Krajský súd Bratislava</w:t>
      </w:r>
    </w:p>
    <w:p>
      <w:r>
        <w:t>Spisová značka: 10Sd/30/2013</w:t>
      </w:r>
    </w:p>
    <w:p>
      <w:r>
        <w:t>ECLI: ECLI:SK:KSBA:2013:1013201064.1</w:t>
      </w:r>
    </w:p>
    <w:p>
      <w:r>
        <w:t>Dátum vydania: 18. 7.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10Sd/30/2013 Identifikačné číslo súdneho spisu: 1013201064 Dátum vydania rozhodnutia: 19. 07. 2013 Meno a priezvisko sudcu, VSÚ: JUDr Janka Richterová ECLI: ECLI:SK:KSBA:2013:1013201064.1 Uznesenie Krajský súd v Bratislave, v právnej veci navrhovateľky: J. Š., nar. XX.X.XXXX, bytom O., T.. G. Č.. XX,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7. marca 2013, č. XXX XXX XXXX X, ktorým jej bol priznaný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146, ods. 2 a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https://www.kauzis.sk/judikatura/r/ECLI:SK:KSBA:2013:1013201064.1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