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1S/149/2013 z 16. 6. 2013</w:t>
      </w:r>
    </w:p>
    <w:p>
      <w:r>
        <w:t>Uznesenie Krajského súdu Bratislava z 16. júna 2013, sp. zn. 1S/149/2013, ECLI:SK:KSBA:2013:1013201065.1</w:t>
      </w:r>
    </w:p>
    <w:p>
      <w:r>
        <w:t>Súd: Krajský súd Bratislava</w:t>
      </w:r>
    </w:p>
    <w:p>
      <w:r>
        <w:t>Spisová značka: 1S/149/2013</w:t>
      </w:r>
    </w:p>
    <w:p>
      <w:r>
        <w:t>ECLI: ECLI:SK:KSBA:2013:1013201065.1</w:t>
      </w:r>
    </w:p>
    <w:p>
      <w:r>
        <w:t>Dátum vydania: 16. 6.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1S/149/2013 Identifikačné číslo súdneho spisu: 1013201065 Dátum vydania rozhodnutia: 17. 06. 2013 Meno a priezvisko sudcu, VSÚ: JUDr. Monika Valašíková PhD. ECLI: ECLI:SK:KSBA:2013:1013201065.1 Uznesenie Krajský súd v Bratislave v právnej veci žalobcu: Slovenské liečebné kúpele Rajecké Teplice, a.s., Tichá 34, 811 02 Bratislava, IČO: 31 642 284, právne zastúpený: Advokátska kancelária JUDr. Marián Kurhajec, s.r.o., Bajkalská 13, 821 02 Bratislava, proti žalovanému: Pamiatkový úrad Slovenskej republiky, Cesta na Červený most 6, 814 06 Bratislava, o návrhu na odklad vykonateľnosti takto r o z h o d o l : Krajský súd v Bratislave o d k l a d á vykonateľnosť rozhodnutia žalovaného č. Pú-13/490-3/26261/23/ KUB zo dňa 22.4.2013 až do právoplatnosti rozhodnutia súdu vo veci samej. o d ô v o d n e n i e : Žalobca sa žalobou podanou Krajskému súdu v Bratislave dňa 31.5. 2013 domáhal preskúmania zákonnosti rozhodnutia žalovaného č. Pú-13/490-3/26261/23/KUB zo dňa 22.4.2013. Žalobca zároveň požiadal súd o odklad vykonateľnosti uvedeného rozhodnutia žalovaného. Ako dôvod tejto žiadosti uviedol, že okamžitou vykonateľnosťou predmetného rozhodnutia je žalobca nútený objednať a aj financovať vypracovanie zložitej projektovej dokumentácie, pričom tieto náklady sa odhadujú na 351 070,77 Eur bez DPH, následná oprava kaštieľa je predbežne odhadovaná na 4 121 000 Eur, čím žalobcovi hrozí závažná finančná ujma. Podľa § 250c veta druhá O.s.p., na žiadosť účastníka môže predseda senátu uznesením vykonateľnosť rozhodnutia odložiť, ak by okamžitým výkonom napadnutého rozhodnutia hrozila závažná ujma. Súd v súlade s citovaným zákonným ustanovením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https://www.kauzis.sk/judikatura/r/ECLI:SK:KSBA:2013:1013201065.1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