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1S/150/2013 z 12. 6. 2013</w:t>
      </w:r>
    </w:p>
    <w:p>
      <w:r>
        <w:t>Uznesenie Krajského súdu Bratislava z 12. júna 2013, sp. zn. 1S/150/2013, ECLI:SK:KSBA:2013:1013201074.1</w:t>
      </w:r>
    </w:p>
    <w:p>
      <w:r>
        <w:t>Súd: Krajský súd Bratislava</w:t>
      </w:r>
    </w:p>
    <w:p>
      <w:r>
        <w:t>Spisová značka: 1S/150/2013</w:t>
      </w:r>
    </w:p>
    <w:p>
      <w:r>
        <w:t>ECLI: ECLI:SK:KSBA:2013:1013201074.1</w:t>
      </w:r>
    </w:p>
    <w:p>
      <w:r>
        <w:t>Dátum vydania: 12.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1S/150/2013 Identifikačné číslo súdneho spisu: 1013201074 Dátum vydania rozhodnutia: 13. 06. 2013 Meno a priezvisko sudcu, VSÚ: JUDr. Nora Majerníková ECLI: ECLI:SK:KSBA:2013:1013201074.1 Uznesenie Krajský súd v Bratislave v právnej veci žalobcu: EXIsport s.r.o., Opatovská cesta 14, 040 01 Košice, právne zastúpený: JUDr. Ján Havlát, Rudnayovo nám. 1, 811 01 Bratislava, proti žalovanému: Daňový úrad pre vybrané daňové subjekty, Radlinského 37, 817 73 Bratislava, o preskúmanie zákonnosti rozhodnutia žalovaného č. 9900399/5/1080058/2013 zo dňa 25.03.2013 takto r o z h o d o l : Krajský súd v Bratislave vec p o s t u p u j e na konanie vecne a miestne príslušnému Krajskému súdu v Košiciach. o d ô v o d n e n i e : Žalobou doručenou tunajšiemu súdu dňa 03.6.2013 sa žalobca domáhal preskúmania zákonnosti rozhodnutia žalovaného č. 900399/5/1080058/2013 zo dňa 25.03.2013, ktorým sa nevyhovelo námietke žalobcu proti výzve na zaplatenie daňového nedoplatku na dani z pridanej hodnoty č. 9900399/5/688577/2013 zo dňa 20.02.2013.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V danom prípade má žalobca sídlo v Košiciach, a preto jeho všeobecným súdom je súd určený podľa § 85 ods. 2 O.s.p., ktorý je v obvode Krajského súdu v Košiciach. Podľa § 250d ods. 2 O.s.p. ak predseda senátu zistí, že súd nie je vecne alebo miestne príslušný, postúpi vec uznesením príslušnému súdu. Žalovaný je v zmysle § 6 ods. 1 zákona č. 479/2009 Z.z. o orgánoch štátnej správy v oblasti daní a poplatkov a o zmene a doplnení niektorých zákonov orgánom s pôsobnosťou pre celé územie Slovenskej republiky. Vzhľadom na to, že všeobecným súdom žalobcu je súd, ktorý je v obvode Krajského súdu v Košiciach a keďže ide o preskúmanie rozhodnutia žalovaného - orgánu s pôsobnosťou pre celé územie Slovenskej republiky, miestne príslušným je Krajský súd v Košiciach, ktorému bude vec postúpená po právoplatnosti tohto uznesenia. Poučenie: Proti tomuto uzneseniu odvolanie nie je prípustné.</w:t>
      </w:r>
    </w:p>
    <w:p/>
    <w:p>
      <w:r>
        <w:t>Zdroj: KAUZIS.SK – https://www.kauzis.sk/judikatura/r/ECLI:SK:KSBA:2013:1013201074.1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