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1S/153/2013 z 1. 7. 2013</w:t>
      </w:r>
    </w:p>
    <w:p>
      <w:r>
        <w:t>Uznesenie Krajského súdu Bratislava z 1. júla 2013, sp. zn. 1S/153/2013, ECLI:SK:KSBA:2013:1013201112.1</w:t>
      </w:r>
    </w:p>
    <w:p>
      <w:r>
        <w:t>Súd: Krajský súd Bratislava</w:t>
      </w:r>
    </w:p>
    <w:p>
      <w:r>
        <w:t>Spisová značka: 1S/153/2013</w:t>
      </w:r>
    </w:p>
    <w:p>
      <w:r>
        <w:t>ECLI: ECLI:SK:KSBA:2013:1013201112.1</w:t>
      </w:r>
    </w:p>
    <w:p>
      <w:r>
        <w:t>Dátum vydania: 1.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1S/153/2013 Identifikačné číslo súdneho spisu: 1013201112 Dátum vydania rozhodnutia: 02. 07. 2013 Meno a priezvisko sudcu, VSÚ: JUDr. Nora Majerníková ECLI: ECLI:SK:KSBA:2013:1013201112.1 Uznesenie Krajský súd v Bratislave v právnej veci žalobcu: Obec Margecany, Obchodná 7 , 055 01 Margecany, IČO: 00 329 347, právne zastúpený advokátskou kanceláriou: PUCHALA, SLÁVIK &amp; partners s.r.o., Kmeťova 24, 040 01 Košice, proti žalovanému: Úrad pre verejné obstarávanie, Dunajská 68, 820 04 Bratislava, o preskúmanie zákonnosti rozhodnutia žalovaného č. 1991-7000/2013-OK/3 zo dňa 28.05.2013, takto r o z h o d o l : Krajský súd v Bratislave o d k l a d á vykonateľnosť rozhodnutia žalovaného č. 1991-7000/2013-OK/3 zo dňa 28.05.2013 a to až do právoplatnosti rozhodnutia súdu vo veci samej. o d ô v o d n e n i e : Žalobca sa žalobou podanou Krajskému súdu v Bratislave v zákonom stanovenej lehote domáhal preskúmania zákonnosti rozhodnutia žalovaného č. 1991-7000/2013-OK/3 zo dňa 28.05.2013, ktorým žalovaný nariadil zrušiť verejnú súťaž na predmet zákazky,, Zberný dvor v obci Margecany“ vyhlásenej vo Vestníku verejného obstarávania č. 106/2012 dňa 02.06.2012 pod značkou 06196- MSP. Zároveň žalobca v žalobe zo dňa 07.06.2013 požiadal súd o odklad vykonateľnosti napadnutého rozhodnutia z dôvodu že napádané rozhodnutie má pre žalobcu likvidačný účinok, keďže žalobca je povinný zrušiť verejnú súťaž, ak by vyhlásil novú, nemohol by stihnúť termín výstavby diela a musel by znášať sankcie vyplývajúce zo zmluvy o poskytnutí nenávratného finančného príspevku, nakoľko táto podmieňuje ich použitie konkrétnymi lehotami ktorú podpísal žalobca s Ministerstvom životného prostredia Slovenskej republiky. Podaním urobeným elektronickými prostriedkami doručeným tunajšiemu súdu dňa 28.06.2013 žalobca doplnil žalobu v časti odkladu vykonateľnosti napadnutého rozhodnutia o ďalšie dôvody, pre ktoré má súd odložiť vykonateľnosť rozhodnutia žalovaného. Žalobca v doplnení uviedol, že najzávažnejší dôvod pre požiadanie odkladu vykonateľnosti predmetného rozhodnutia je likvidačný dopad tohto rozhodnutia na rozpočet žalobcu, ktorý je malou obcou v okrese Gelnica. Pre žalobcu znamená zrušenie súťaže, ktorej hodnota je takmer polovica z príjmov časti celého rozpočtu žalobcu, ekonomickou katastrofou. Navyše vyhotovenie zberného dvora v neskoršej dobe ako je plánované vyhotovenie diela, ktoré žalovaný nechce umožniť žalobcovi vykonať, nie je už vôbec objektívne možné, keďže vyhotovenie diela je viazané na finančné prostriedky zo štátneho a európskeho rozpočtu, ktoré sú časovo viazané a žalobca so svojimi obmedzenými finančnými možnosťami nedisponuje s vlastnými prostriedkami, ktoré by mohol na vyhotovenie zberného dvora použiť, čím hrozí riziko vzniku závažnej ujmy spočívajúcej v okamžitom výkone rozhodnutia.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za opodstatnené, keďže okamžitým výkonom rozhodnutia, zaväzujúceho žalobcu k zrušeniu verejnej súťaže na predmet zákazky,, Zberný dvor v obci Margecany“ by mu hrozila vážna ujma vo forme straty nenávratného finančného príspevku a taktiež finančnú stratu v dôsledku sankcií za nedodržanie enviromentálnych povinností vyplývajúcich z prístupových záväzkov do Európskej Únie. Tunajší súd preto postupoval v súlade s citovaným zákonným ustanovením a rozhodol o žiadosti žalobcu spôsobom uvedeným vo výroku tohto uznesenia.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https://www.kauzis.sk/judikatura/r/ECLI:SK:KSBA:2013:1013201112.1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