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1S/153/2013 z 4. 12. 2013</w:t>
      </w:r>
    </w:p>
    <w:p>
      <w:r>
        <w:t>Uznesenie Krajského súdu Bratislava z 4. decembra 2013, sp. zn. 1S/153/2013, ECLI:SK:KSBA:2013:1013201112.2</w:t>
      </w:r>
    </w:p>
    <w:p>
      <w:r>
        <w:t>Súd: Krajský súd Bratislava</w:t>
      </w:r>
    </w:p>
    <w:p>
      <w:r>
        <w:t>Spisová značka: 1S/153/2013</w:t>
      </w:r>
    </w:p>
    <w:p>
      <w:r>
        <w:t>ECLI: ECLI:SK:KSBA:2013:1013201112.2</w:t>
      </w:r>
    </w:p>
    <w:p>
      <w:r>
        <w:t>Dátum vydania: 4.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1S/153/2013 Identifikačné číslo súdneho spisu: 1013201112 Dátum vydania rozhodnutia: 05. 12. 2013 Meno a priezvisko sudcu, VSÚ: JUDr. Monika Valašíková PhD. ECLI: ECLI:SK:KSBA:2013:1013201112.2 Uznesenie Krajský súd v Bratislave v právnej veci žalobcu: Obec Margecany, IČO 00 329 347, so sídlom Obchodná 7, 055 01 Margecany, právne zastúpená: Advokátska kancelária PUCHALLA, SLÁVIK &amp; partners, s.r.o., so sídlom Kmeťova 24, 040 01 Košice proti žalovanému: Úrad pre verejné obstarávanie, so sídlom Dunajská 68, 820 04 Bratislava o preskúmanie zákonnosti rozhodnutia č. 1991 - 7000/2013-OK/3 zo dňa 28.5.2013, takto r o z h o d o l : Súd konanie z a s t a v u j e . Žiaden z účastníkov nemá právo na náhradu trov konania. o d ô v o d n e n i e : Žalobou podanou na Krajskom súde v Bratislave dňa 07.06.2013 sa žalobca domáhal preskúmania zákonnosti rozhodnutia žalovaného č. 1991-7000/2013-OK/3 zo dňa 28.5.2013, ktorým podľa § 139 ods. 2 písm. a) v spojení s § 146 ods. 4 zákona č. 25/2006 Z.z. o verejnom obstarávaní nariadil žalobcovi ako verejnému obstarávateľovi zrušiť verejnú súťaž na predmet zákazky „Zberný dvor v obci Margecany“ do 30 dní od doručenia napadnutého rozhodnutia. Pred rozhodnutím vo veci samej žalobca svojím podaním doručeným súdu dňa 14.11.2013 oznámil, že berie svoju žalobu v celom rozsahu späť a žiadal súd, aby o trovách konania rozhodol v zmysle § 146 ods. 1 O.s.p.. Súčasne požiadal o zrušenie uznesenia súdu zo dňa 2.7.2013 č. kon. 1S/153/2013-62, ktorým konajúci súd odložil vykonateľnosť rozhodnutia žalovaného.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Súdny poplatok žalobca vo veci nezaplatil. Súd uvádza, že rozhodnutie o zrušení uznesenia o odklade vykonateľnosti súd nevydáva, nakoľko účinnosť takéhoto uznesenia zaniká právoplatným skončením konania (viď. výroková časť uzn. 1S/153/2013 zo dňa 2.7.2013). Toto rozhodnutie prijal senát Krajského súdu v Bratislave v pomere hlasov 3:0(podľa § 3 ods. 9 zákona č. 757/2004 Z.z. o súdoch a o zmene a doplnení niektorých zákonov v znení účinnom ku dňu 1.5.2011)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https://www.kauzis.sk/judikatura/r/ECLI:SK:KSBA:2013:1013201112.2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