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9Sp/26/2013 z 28. 11. 2013</w:t>
      </w:r>
    </w:p>
    <w:p>
      <w:r>
        <w:t>Uznesenie Krajského súdu Bratislava z 28. novembra 2013, sp. zn. 9Sp/26/2013, ECLI:SK:KSBA:2013:1013201167.2</w:t>
      </w:r>
    </w:p>
    <w:p>
      <w:r>
        <w:t>Súd: Krajský súd Bratislava</w:t>
      </w:r>
    </w:p>
    <w:p>
      <w:r>
        <w:t>Spisová značka: 9Sp/26/2013</w:t>
      </w:r>
    </w:p>
    <w:p>
      <w:r>
        <w:t>ECLI: ECLI:SK:KSBA:2013:1013201167.2</w:t>
      </w:r>
    </w:p>
    <w:p>
      <w:r>
        <w:t>Dátum vydania: 28. 11.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9Sp/26/2013 Identifikačné číslo súdneho spisu: 1013201167 Dátum vydania rozhodnutia: 29. 11. 2013 Meno a priezvisko sudcu, VSÚ: JUDr Janka Richterová ECLI: ECLI:SK:KSBA:2013:1013201167.2 Uznesenie Krajský súd v Bratislave, v právnej veci navrhovateľa: I.. A. L., nar. X.XX.XXXX, bytom Q., E.. C. Č.. XX/ C, proti odporcovi: Okresný úrad Bratislava, katastrálny odbor, so sídlom v Bratislave, Ružová dolina č. 27, za účasti: I.. P. L., D.. Y., bytom M. L. M. F., E.. R.. I.. L. Č.. X, o návrh na vklad vecného bremena, o preskúmanie zákonnosti rozhodnutia odporcu zo dňa 13.marca 2013, sp. zn. V - 30710/12, takto r o z h o d o l : Súd konanie z a s t a v u j e . Žiaden z účastníkov nemá právo na náhradu trov konania. o d ô v o d n e n i e : Navrhovateľ sa domáhal preskúmania zákonnosti horeuvedeného rozhodnutia odporcu, ktorým bol zamietnutý návrh na vklad vecného bremena k nehnuteľnostiam, zapísaným v prospech I.. P. L. na LV č. XXXX, kat. úz. U..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navrhovateľov, správne konanie zastavil podľa citovaného ustanovenia v spojení s § 246c ods.1 a § 250l ods. 2 O.s.p. O trovách konania súd rozhodol podľa § 146, ods.1, písm. c/ O.s.p. v spojení s 250l ods.2 a 246c ods. 1 O.s.p., keď nezistil okolnosti odôvodňujúce aplikáciu § 250h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https://www.kauzis.sk/judikatura/r/ECLI:SK:KSBA:2013:1013201167.2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