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6S/168/2013 z 7. 11. 2013</w:t>
      </w:r>
    </w:p>
    <w:p>
      <w:r>
        <w:t>Uznesenie Krajského súdu Bratislava z 7. novembra 2013, sp. zn. 6S/168/2013, ECLI:SK:KSBA:2013:1013201230.1</w:t>
      </w:r>
    </w:p>
    <w:p>
      <w:r>
        <w:t>Súd: Krajský súd Bratislava</w:t>
      </w:r>
    </w:p>
    <w:p>
      <w:r>
        <w:t>Spisová značka: 6S/168/2013</w:t>
      </w:r>
    </w:p>
    <w:p>
      <w:r>
        <w:t>ECLI: ECLI:SK:KSBA:2013:1013201230.1</w:t>
      </w:r>
    </w:p>
    <w:p>
      <w:r>
        <w:t>Dátum vydania: 7.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6S/168/2013 Identifikačné číslo súdneho spisu: 1013201230 Dátum vydania rozhodnutia: 08. 11. 2013 Meno a priezvisko sudcu, VSÚ: JUDr. Petra Príbelská, PhD. ECLI: ECLI:SK:KSBA:2013:1013201230.1 Uznesenie Krajský súd v Bratislave v právnej veci žalobcu: Východoslovenská vodárenská spoločnosť, a.s., so sídlom Komenského 50, 042 48 Košice, právne zastúpený: Advokátska kancelária prof. JUDr. Ján Kľučka, CSc., so sídlom Ku Potoku 4, 040 16 Košice, proti žalovanému: Úrad pre verejné obstarávanie, so sídlom Dunajská 68, P.O.BOX 58, 820 04 Bratislava, o preskúmanie zákonnosti rozhodnutia č. 6399-6000/2013-ON/109 zo dňa 17.6.2013, jednohlasne, takto r o z h o d o l : Krajský súd v Bratislave konanie z a s t a v u j e . Žiaden z účastníkov nemá právo na náhradu trov konania. o d ô v o d n e n i e : Žalobou podanou na Krajskom súde v Bratislave dňa 1.7.2013 sa žalobca domáhal preskúmania zákonnosti rozhodnutia žalovaného č. 6399-6000/2013-ON/109 zo dňa 17.6.2013, ktorým žalovaný zrušil rozhodnutie kontrolovaného o vylúčení uchádzača Dúha, a.s. a nariadil zaradiť tohto vylúčeného uchádzača do verejnej súťaže vyhlásenej verejným obstarávateľom Východoslovenskou vodárenskou spoločnosťou, a.s. na predmet zákazky „ Snina - ČOV - zvýšenie kapacity“. Pred rozhodnutím vo veci samej žalobca svojím podaním doručeným súdu dňa 23.10.2013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https://www.kauzis.sk/judikatura/r/ECLI:SK:KSBA:2013:1013201230.1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