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10Sd/91/2013 z 15. 12. 2013</w:t>
      </w:r>
    </w:p>
    <w:p>
      <w:r>
        <w:t>Uznesenie Krajského súdu Bratislava z 15. decembra 2013, sp. zn. 10Sd/91/2013, ECLI:SK:KSBA:2013:1013201426.1</w:t>
      </w:r>
    </w:p>
    <w:p>
      <w:r>
        <w:t>Súd: Krajský súd Bratislava</w:t>
      </w:r>
    </w:p>
    <w:p>
      <w:r>
        <w:t>Spisová značka: 10Sd/91/2013</w:t>
      </w:r>
    </w:p>
    <w:p>
      <w:r>
        <w:t>ECLI: ECLI:SK:KSBA:2013:1013201426.1</w:t>
      </w:r>
    </w:p>
    <w:p>
      <w:r>
        <w:t>Dátum vydania: 15.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10Sd/91/2013 Identifikačné číslo súdneho spisu: 1013201426 Dátum vydania rozhodnutia: 16. 12. 2013 Meno a priezvisko sudcu, VSÚ: JUDr Janka Richterová ECLI: ECLI:SK:KSBA:2013:1013201426.1 Uznesenie Krajský súd v Bratislave, v právnej veci navrhovateľa: L. P., O.. X.X.XXXX, V. M. Č.. XXX,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rozhodnutí odporkyne zo dňa 27. marca 2013, sp.zn. XXX XXX XXXX X, ktorým mu bol odňatý invalidný dôchodok a zo dňa 26. marca 2013, ktorým mu bol priznaný čiastočný invalidný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 2, § 250h, ods. 2 a § 246c, ods. 1 O.s.p. O trovách konania súd rozhodol podľa § 146, ods. 1, písm. c/ v spojení s § 246c, ods. 1 a 250l ods. 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https://www.kauzis.sk/judikatura/r/ECLI:SK:KSBA:2013:1013201426.1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