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10Sd/99/2013 z 15. 12. 2013</w:t>
      </w:r>
    </w:p>
    <w:p>
      <w:r>
        <w:t>Uznesenie Krajského súdu Bratislava z 15. decembra 2013, sp. zn. 10Sd/99/2013, ECLI:SK:KSBA:2013:1013201487.1</w:t>
      </w:r>
    </w:p>
    <w:p>
      <w:r>
        <w:t>Súd: Krajský súd Bratislava</w:t>
      </w:r>
    </w:p>
    <w:p>
      <w:r>
        <w:t>Spisová značka: 10Sd/99/2013</w:t>
      </w:r>
    </w:p>
    <w:p>
      <w:r>
        <w:t>ECLI: ECLI:SK:KSBA:2013:1013201487.1</w:t>
      </w:r>
    </w:p>
    <w:p>
      <w:r>
        <w:t>Dátum vydania: 15. 12. 2013</w:t>
      </w:r>
    </w:p>
    <w:p>
      <w:r>
        <w:t>Forma: Uznesenie</w:t>
      </w:r>
    </w:p>
    <w:p>
      <w:pPr>
        <w:pStyle w:val="Heading2"/>
      </w:pPr>
      <w:r>
        <w:t>Text rozhodnutia</w:t>
      </w:r>
    </w:p>
    <w:p>
      <w:r>
        <w:t>Súd: Krajský súd Bratislava Spisová značka: 10Sd/99/2013 Identifikačné číslo súdneho spisu: 1013201487 Dátum vydania rozhodnutia: 16. 12. 2013 Meno a priezvisko sudcu, VSÚ: JUDr Janka Richterová ECLI: ECLI:SK:KSBA:2013:1013201487.1 Uznesenie 4873201311 sp. Krajský súd v Bratislave, v právnej veci navrhovateľa: L. J., Z.. XX.X.XXXX, B. B., R.. P.. Q. Č.. X, proti odporkyni: Sociálna poisťovňa, ústredie, so sídlom v Bratislave, Ul. 29. augusta č. 8, o sirotský dôchodok, takto r o z h o d o l : Súd konanie z a s t a v u j e . Žiaden z účastníkov nemá právo na náhradu trov konania. o d ô v o d n e n i e : Navrhovateľ sa domáhala preskúmania zákonnosti rozhodnutia odporkyne zo dňa 8. júla 2013, sp.zn. XXX XXX XXXX X, ktorým mu bola od 4. septembra 2013 zastavená výplata sirotského dôchodku. Navrhovateľ podala proti uvedenému rozhodnutiu včas opravný prostriedok, v ktorom poukazoval na skutočnosť, že v akademickom roku 2013/2014 bude študentom prvého ročníka bakalárskeho štúdia v dennej forme. Odporkyňa rozhodnutím zo dňa 10. septembra 2013, sp.zn. XXX XXX XXXX X, od 4. septembra 2013 uvoľnila výplatu sirotského dôchodku navrhovateľa. Podľa § 250o O.s.p. ak správny orgán, ktorého rozhodnutie súd preskúmava, vydá nové rozhodnutie, ktorým návrhu celkom vyhovie, súd uznesením konanie zastaví. Keďže odporkyňa rozhodnutím z 10.9.2013 nepochybne celkom vyhovela opravnému prostriedku navrhovateľa, súd podľa § 250o O.s.p. konanie zastavil. O trovách konania súd rozhodol podľa § 146, ods. 1, písm. c/ v spojení s § 246c, ods. 1 a 250l ods. 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https://www.kauzis.sk/judikatura/r/ECLI:SK:KSBA:2013:1013201487.1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