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9Sp/68/2013 z 12. 9. 2013</w:t>
      </w:r>
    </w:p>
    <w:p>
      <w:r>
        <w:t>Rozsudok Krajského súdu Bratislava z 12. septembra 2013, sp. zn. 9Sp/68/2013, ECLI:SK:KSBA:2013:1013201512.1</w:t>
      </w:r>
    </w:p>
    <w:p>
      <w:r>
        <w:t>Súd: Krajský súd Bratislava</w:t>
      </w:r>
    </w:p>
    <w:p>
      <w:r>
        <w:t>Spisová značka: 9Sp/68/2013</w:t>
      </w:r>
    </w:p>
    <w:p>
      <w:r>
        <w:t>ECLI: ECLI:SK:KSBA:2013:1013201512.1</w:t>
      </w:r>
    </w:p>
    <w:p>
      <w:r>
        <w:t>Dátum vydania: 12. 9. 2013</w:t>
      </w:r>
    </w:p>
    <w:p>
      <w:r>
        <w:t>Forma: Rozsudok</w:t>
      </w:r>
    </w:p>
    <w:p>
      <w:r>
        <w:t>Oblasť práva: Správne právo</w:t>
      </w:r>
    </w:p>
    <w:p>
      <w:pPr>
        <w:pStyle w:val="Heading2"/>
      </w:pPr>
      <w:r>
        <w:t>Text rozhodnutia</w:t>
      </w:r>
    </w:p>
    <w:p>
      <w:r>
        <w:t>Súd: Krajský súd Bratislava Spisová značka: 9Sp/68/2013 Identifikačné číslo súdneho spisu: 1013201512 Dátum vydania rozhodnutia: 13. 09. 2013 Meno a priezvisko sudcu, VSÚ: JUDr Janka Richterová ECLI: ECLI:SK:KSBA:2013:1013201512.1 ROZSUDOK V MENE SLOVENSKEJ REPUBLIKY Krajský súd v Bratislave, sudca JUDr. Janka Richterová, v právnej veci navrhovateľa: Pohotovosť, s.r.o., so sídlom v Bratislave, Pribinova Ul. č. 25, proti odporkyni: Správa katastra Senec, Ul. Hurbanova č. 21, Senec, za účasti: O. C., nar. 28.3.1979, bytom O., ul. A. č. 22, o preskúmanie zákonnosti rozhodnutia odporkyne zo dňa 14. mája 2013, sp. zn. V - 1880/13, r o z h o d o l : Súd rozhodnutie odporkyne zo dňa 14. mája 2013, sp. zn. V - 1880/13 p o t v r d z u j e . Účastníkom sa náhrada trov konania n e p r i z n á v a. o d ô v o d n e n i e : Odporkyňa rozhodnutím zo dňa 14. mája 2013, sp. zn. V - 1880/13 podľa § 31, ods. 3 katastrálneho zákona a § 46 Zák.č. 71/1967 Zb. o správnom konaní zamietla návrh na vklad záložného práva do katastra nehnuteľností, na podklade zmluvy o zriadení záložného práva, uzavretej dňa 19.3.2013 medzi navrhovateľom ako záložným veriteľom a O. C. ako záložcom, v zastúpení ProHelp - združenie občianskoprávnej pomoci. Svoje rozhodnutie odôvodnila rozporom uzavretej zmluvy s ustanovením § 22, ods. 2 Občianskeho zákonníka, keď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odporkyni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Odporkyňa navrhla napadnuté rozhodnutie ako vecne správne potvrdiť. V plnom rozsahu zotrvala na argumentácii, obsiahnutej v odôvodnení rozhodnutia. O. C. s uzavretou zmluvou o zriadení záložného práva nesúhlasila.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predvolaných navrhovateľa a odporkyne podľa § 250g, ods.2 O.s.p. Súd doplnil dokazovanie výsluchom O. C., z ktorého vyplýva, že úver u navrhovateľa vo výške 500 až 600 Eur vybavoval jej bývalý manžel, ona síce na Mestskom úrade v Pezinku podpisovala nejaké listiny, nevedela bližšie, o čo sa jedná. S občianskym združením ProHelp ani s jej predsedom, pánom Mamojkom nikdy nekomunikovala. Pokiaľ toto združenie ju zastupovalo pri uzatvorení zmluvy o zriadení záložného práva na nehnuteľnosti v jej vlastníctve, konalo v rozpore s jej záujmami.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Odporkyňa zamietla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odporkyňa správne skúmala, či v prípade, ak za vlastníka nehnuteľnosti uzatvára zmluvu o zriadení záložného práva iná osoba - zástupca - sú splnené všetky zákonné podmienky pre to, aby konanie zástupcu zaväzovalo zastúpeného (§ 22 ods.1, 32 ods.2 OZ). Argumentáciu odporkyne,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nielen obsahu spisu ale i výpovedi O.j. Z nej nepochybne vyplynulo, že zástupcu nepozná, nikdy s ním o zastupovaní v súvislosti s uzavretím zmluvy o zriadení záložného práva nekomunikovala a nemá záujem takúto zmluvu uzatvoriť Podľa názoru súdu odporkyňa dospela k správnemu záveru i o tom, že zástupca ProHelp, o. z.koná v zhode s navrhovateľom. Dohodu o splnomocnení na formulári s vopred určeným zástupcom podpisujú dlžníci-záložcovia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dlžníkov-záložcov má vykonávať bezplatne (čl. 2 dohody o splnomocnení). Vychádzajúc z vyššie uvedeného odporkyňa po dostatočnom zistení skutkového stavu dospela k správnemu záveru o tom, že zmluvu o zriadení záložného práva nemožno považovať za platný právny úkon podľa § 39 OZ, v dôsledku čoho bolo potrebné návrh na vklad záložného práva na jej základe zamietnuť. O trovách konania súd rozhodol podľa § 250k ods. 1 v spojení s § 250l ods. 2O.s.p. tak, že účastníkom ich náhradu nepriznal, keďže navrhovateľ v konaní nedosiahol úspech a ostatní účastníci ich náhradu neuplatňovali. Poučenie: Proti tomuto rozsudku možno podať odvolanie do pätnástich dní od jeho doručenia, prostredníctvom procesného súdu na Najvyšší súd SR, v troch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https://www.kauzis.sk/judikatura/r/ECLI:SK:KSBA:2013:1013201512.1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