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1S/211/2013 z 27. 10. 2013</w:t>
      </w:r>
    </w:p>
    <w:p>
      <w:r>
        <w:t>Uznesenie Krajského súdu Bratislava z 27. októbra 2013, sp. zn. 1S/211/2013, ECLI:SK:KSBA:2013:1013201612.1</w:t>
      </w:r>
    </w:p>
    <w:p>
      <w:r>
        <w:t>Súd: Krajský súd Bratislava</w:t>
      </w:r>
    </w:p>
    <w:p>
      <w:r>
        <w:t>Spisová značka: 1S/211/2013</w:t>
      </w:r>
    </w:p>
    <w:p>
      <w:r>
        <w:t>ECLI: ECLI:SK:KSBA:2013:1013201612.1</w:t>
      </w:r>
    </w:p>
    <w:p>
      <w:r>
        <w:t>Dátum vydania: 27.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1S/211/2013 Identifikačné číslo súdneho spisu: 1013201612 Dátum vydania rozhodnutia: 28. 10. 2013 Meno a priezvisko sudcu, VSÚ: JUDr. Nora Halmová ECLI: ECLI:SK:KSBA:2013:1013201612.1 Uznesenie Krajský súd v Bratislave v právnej veci žalobcu: FISTO trade, s.r.o., Drieňová 34, 821 02 Bratislava, právne zastúpený: JUDr. Ľubica Masárová, advokátka, Púchovská 12, 831 06 Bratislava, proti žalovanému: Finančné riaditeľstvo Slovenskej republiky, Lazovná 63, 974 01 Bratislava, o preskúmanie zákonnosti rozhodnutia žalovaného č. 1100302/1/260915/2013/857 zo dňa 30.05.2013, takto r o z h o d o l : Krajský súd v Bratislave o d k l a d á vykonateľnosť rozhodnutia žalovaného č. 1100302/1/260915/2013/857 zo dňa 30.05.2013 , a to až do právoplatnosti rozhodnutia súdu vo veci samej. o d ô v o d n e n i e : Žalobca sa žalobou doručenou Krajskému súdu v Bratislave dňa 10.09.2013 domáhal preskúmania zákonnosti rozhodnutia žalovaného č. 1100302/1/260915/2013/857 zo dňa 30.05.2013, ako aj rozhodnutia správcu dane, ktorým žalovaný potvrdil dodatočný platobný výmer č. 9104403/5/886219/2013 zo dňa 07.03.2013, ktorým Daňový úrad Bratislava podľa § 44 ods. 6 písm. b) bod 1 zákona SNR č. 511/1992 Zb. o správe daní a poplatkov a o zmenách v sústave územných finančných orgánov v znení neskorších predpisov v nadväznosti na § 165 ods. 5 daňového poriadku nepriznal žalobcovi nadmerný odpočet dane z pridanej hodnoty za zdaňovacie obdobie júl 2011 v sume N. eura a vyrubil rozdiel dane z pridanej hodnoty v sume N. eura. Zároveň žalobca dňa 24.10.2013 požiadal súd o odklad vykonateľnosti napadnutého rozhodnutia z dôvodu, že žalobcovi žalobou napadnuté rozhodnutie nebolo riadne doručené a tiež z dôvodu, že okamžitým výkonom rozhodnutia by mu hrozila závažná ujma. Nakoľko žalobca momentálne nemá finančné prostriedky na úhradu predmetného nedoplatku vyplývajúceho z rozhodnutia, jeho okamžitý výkon bude znamenať jeho nemožnosť splácať splatné záväzky z úveru. Vykonaním predmetných rozhodnutí hrozí, že do obdobia kým bude rozhodnuté o žalobe na preskúmanie zákonnosti a postupu správneho orgánu, by došlo k nezvratnému likvidačnému postupu zo strany správcu dane, za situácie, kedy napadnuté rozhodnutie nebolo žalobcovi riadne doručené, uplatňujúc fikciu jeho doručenia.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rozhodnutia, zaväzujúceho žalobcu k zaplateniu rozdielu dane z pridanej hodnoty v sume N. eur, by mu hrozila vážna ujma v majetkovej sfére.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https://www.kauzis.sk/judikatura/r/ECLI:SK:KSBA:2013:1013201612.1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