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9Saz/68/2013 z 9. 12. 2013</w:t>
      </w:r>
    </w:p>
    <w:p>
      <w:r>
        <w:t>Uznesenie Krajského súdu Bratislava z 9. decembra 2013, sp. zn. 9Saz/68/2013, ECLI:SK:KSBA:2013:1013201892.1</w:t>
      </w:r>
    </w:p>
    <w:p>
      <w:r>
        <w:t>Súd: Krajský súd Bratislava</w:t>
      </w:r>
    </w:p>
    <w:p>
      <w:r>
        <w:t>Spisová značka: 9Saz/68/2013</w:t>
      </w:r>
    </w:p>
    <w:p>
      <w:r>
        <w:t>ECLI: ECLI:SK:KSBA:2013:1013201892.1</w:t>
      </w:r>
    </w:p>
    <w:p>
      <w:r>
        <w:t>Dátum vydania: 9.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9Saz/68/2013 Identifikačné číslo súdneho spisu: 1013201892 Dátum vydania rozhodnutia: 10. 12. 2013 Meno a priezvisko sudcu, VSÚ: JUDr. Ľubomír Šramko ECLI: ECLI:SK:KSBA:2013:1013201892.1 Uznesenie Krajský súd v Bratislave v právnej veci navrhovateľa: pána T. T., narodeného XX.X XXXX, štátneho príslušníka T., bytom P. XX, A., zastúpeného pani Mgr. Jarmilou Vargovou, advokátkou so sídlom pracoviska Brečtanová 21, Bratislava proti odporcovi: Ministerstvo vnútra Slovenskej republiky - Migračný úrad, Pivonková 6, Bratislava v konaní o opravnom prostriedku navrhovateľa z 21.10.2013 proti rozhodnutiu odporcu ČAS: 324-24MU-/PO-Ž-2013 zo dňa 23.9.2013 takto r o z h o d o l : Krajský súd v Bratislave postupuje vec vedenú pod sp. zn. 9Saz/68/2013 miestne príslušnému Krajskému súdu v Košiciach. o d ô v o d n e n i e : Dňa 23.10.2013 bol konajúcemu Krajskému súdu v Bratislave (ďalej len súd) doručený návrh - opravný prostriedok navrhovateľa zo dňa 21.10.2013 proti rozhodnutiu odporcu ČAS: 324-24MU-/PO-Ž-2013 zo dňa 23.9.2013, ktorým navrhovateľovi nebola predĺžená poskytnutá doplnková ochrana. Ako to je zrejmé z adresy, uvedenej na samotnom návrhu (č.l. 1. spisu) navrhovateľovo bydlisko je v A. na P. XX. Ku dňu podania návrhu sa zdržiaval na adrese C. XX, B.. K návrhu bola pripojená kópia navrhovateľovho povolenia na prechodný pobyt na adrese P. XX, A.. Súd z opatrnosti zabezpečil pripojenie aktuálneho administratívneho spisu odporcu, ako aj spisov predchádzajúcich. Z ich obsahu zistil, že navrhovateľovi bola rozhodnutím odporcu ČAS: MU-551-55/PO-Ž-2010 z 24.8.2011 poskytnutá doplnková ochrana, predĺžená rozhodnutím odporcu ČAS: MU-385-16/PO-Ž-2012 z 13.9.2012 na dobu jedného roku. Na základe citovaných rozhodnutí bol navrhovateľovi vydaný cudzinecký pas -Slovenskej republiky a povolenie na prechodný pobyt č. RH3102620 na adrese P. XX A. D.. S poukazom na uvedené je preto miesto pobytu navrhovateľa na P. XX V. A. miestom jeho bydliska. Podľa ust. § 11 ods.1 Občianskeho súdneho poriadku v platnom znení (ďalej len O.s.p.) konanie sa uskutočňuje na tom súde, ktorý je vecne a miestne príslušný. Príslušnosť sa určuje podľa okolností, ktoré tu sú v čase začatia konania a trvá až do jeho skončenia. Podľa ust. § 21 ods. 3 zák. č. 480/2002 Z.z. o azyle a o zmene a doplnení niektorých zákonov v platnom znení (ďalej len zákon o azyle) na rozhodovanie o opravnom prostriedku podľa odsekov 1 a 2 je príslušný krajský súd. Podľa ust. § 246a ods.2 O.s.p. v konaní podľa tretej hlavy tejto časti je miestne príslušný všeobecný súd navrhovateľa alebo krajský súd, v obvode ktorého je tento súd. Podľa ust. § 14 zák. č. 371/2004 Z.z. v platnom znení na konanie o opravných prostriedkoch proti rozhodnutiam vydaných v konaní o azyle podľa osobitného predpisu sú príslušné tieto súdy: a) Krajský súd v Bratislave pre územné obvody: 1. Krajského súdu v Bratislave, 2. Krajského súdu v Trnave, 3. Krajského súdu v Trenčíne, 4. Krajského súdu v Nitre, b) Krajský súd v Košiciach pre územné obvody: 1. Krajského súdu v Košiciach, 2. Krajského súdu v Prešove, 3. Krajského súdu v Banskej Bystrici, 4. Krajského súdu v Žiline. Podľa ust. § 85 ods.1 O.s.p. všeobecným súdom občana je súd, v ktorého obvode má občan bydlisko, a ak nemá bydlisko, súd, v ktorého obvode sa zdržuje. Podľa ust. § 250d ods.2 O.s.p. ak predseda senátu zistí, že súd nie je vecne alebo miestne príslušný, postúpi vec uznesením príslušnému súdu. S poukazom na vyššie citované zákonné ustanovenia súd skúmal svoju miestnu príslušnosť na konanie. Z podaného návrhu - opravného prostriedku proti rozhodnutiu odporcu ako aj z administratívneho spisu odporcu súd zistil, ako to bolo vyššie uvedené, že navrhovateľovým bydliskom je P. XX, A., bez ohľadu na skutočnosť, že v čase podania návrhu sa zdržiaval na adrese C. XX, B.. Označené bydlisko sa nachádza v územnom obvode Okresného súdu Košice II, ktorý je všeobecným súdom navrhovateľa. Tento súd sa nachádza v obvode Krajského súdu v Košiciach, teda na rozhodovanie o opravnom prostriedku proti rozhodnutiu vydaného v konaní o azyle (s poukazom na vyššie citované zákonné ustanovenie § 14 zák. č.371/12004 Z.z. v platnom znení) v tomto konkrétnom prípade je miestne príslušný Krajský súd v Košiciach. Preto súd rozhodol tak, ako to je uvedené vo výrokovej časti tohto uznesenia. Po právoplatnosti tohto uznesenia bude spis zaslaný miestne príslušnému Krajskému súdu v Košiciach, ktorý vec prejedná a rozhodne v jej merite. Poučenie: Proti tomuto uzneseniu odvolanie nie je prípustné.</w:t>
      </w:r>
    </w:p>
    <w:p/>
    <w:p>
      <w:r>
        <w:t>Zdroj: KAUZIS.SK – https://www.kauzis.sk/judikatura/r/ECLI:SK:KSBA:2013:1013201892.1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