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1S/264/2013 z 11. 12. 2013</w:t>
      </w:r>
    </w:p>
    <w:p>
      <w:r>
        <w:t>Uznesenie Krajského súdu Bratislava z 11. decembra 2013, sp. zn. 1S/264/2013, ECLI:SK:KSBA:2013:1013202003.1</w:t>
      </w:r>
    </w:p>
    <w:p>
      <w:r>
        <w:t>Súd: Krajský súd Bratislava</w:t>
      </w:r>
    </w:p>
    <w:p>
      <w:r>
        <w:t>Spisová značka: 1S/264/2013</w:t>
      </w:r>
    </w:p>
    <w:p>
      <w:r>
        <w:t>ECLI: ECLI:SK:KSBA:2013:1013202003.1</w:t>
      </w:r>
    </w:p>
    <w:p>
      <w:r>
        <w:t>Dátum vydania: 11.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1S/264/2013 Identifikačné číslo súdneho spisu: 1013202003 Dátum vydania rozhodnutia: 12. 12. 2013 Meno a priezvisko sudcu, VSÚ: JUDr. Nora Halmová ECLI: ECLI:SK:KSBA:2013:1013202003.1 Uznesenie Krajský súd v Bratislave v právnej veci žalobkyne: P. G., bytom C. X, XXX XX J., právne zastúpená: JUDr. Peter Krivák, advokátska kancelária, Gájová 13, 811 09 Bratislava, proti žalovanému: Sociálna poisťovňa - ústredie, Ulica 29. augusta 10, 831 63 Bratislava, o preskúmanie zákonnosti rozhodnutia žalovaného č. 41631-2/2013-BA zo dňa 1.10.2013 v spojení s rozhodnutím Sociálnej poisťovne, pobočka Bratislava č. 700-0212542112-GC04/12 zo dňa 29.2.2012, takto r o z h o d o l : Krajský súd v Bratislave o d k l a d á vykonateľnosť rozhodnutia žalovaného č. 41631-2/2013-BA zo dňa 1.10.2013 v spojení s rozhodnutím Sociálnej poisťovne, pobočka Bratislava č. 700-0212542112- GC04/12 zo dňa 29.2.2012 a to až do právoplatnosti rozhodnutia vo veci samej. o d ô v o d n e n i e : Žalobkyňa sa žalobou doručenou Krajskému súdu v Bratislave dňa 14.11.2013 domáhala preskúmania zákonnosti rozhodnutia žalovaného č. 41631-2/2013-BA zo dňa 1.10.2013, ktorým žalovaný zamietol odvolanie žalobkyne a potvrdil rozhodnutie Sociálnej poisťovne, pobočka Bratislava č. 700-0212542112- GC04/12 zo dňa 29.2.2012, ktorým správny orgán zaviazal žalobkyňu k úhrade penále vo výške 315,87 eur, ktoré sa viaže na dlžné poistné. Zároveň žalobkyňa v žalobe zo dňa 14.11.2013 požiadala súd o odklad vykonateľnosti napadnutého rozhodnutia z dôvodu, že okamžitý výkon rozhodnutia v uvedenom objeme by znamenal pre žalobkyňu závažnú ujmu vo finančnej situácii, keďže žalobkyňa je slobodnou matkou, ktorá sa stará o neplnoleté dieťa a pracuje v reštaurácii ako čašníčka za minimálnu mzdu. Okamžitým výkonom predmetného rozhodnutia a následným výkonom exekúcie preto hrozí závažná ujma, nakoľko by seba aj svoje dieťa vystavila hmotnej núdzi. Podľa § 250c veta druhá O.s.p.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žalobkyňu k odvedeniu sumy vo výške 315,87 eur by jej hrozila vážna ujma v majetkovej sfére. Tunajší súd preto postupoval v súlade s citovaným zákonným ustanovením a rozhodol o žiadosti žalobkyne spôsobom uvedeným vo výroku tohto uznesenia. Poučenie: Proti tomuto uzneseniu odvolanie nie je prípustné.</w:t>
      </w:r>
    </w:p>
    <w:p/>
    <w:p>
      <w:r>
        <w:t>Zdroj: KAUZIS.SK – https://www.kauzis.sk/judikatura/r/ECLI:SK:KSBA:2013:1013202003.1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