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1S/276/2013 z 2. 12. 2013</w:t>
      </w:r>
    </w:p>
    <w:p>
      <w:r>
        <w:t>Uznesenie Krajského súdu Bratislava z 2. decembra 2013, sp. zn. 1S/276/2013, ECLI:SK:KSBA:2013:1013202061.2</w:t>
      </w:r>
    </w:p>
    <w:p>
      <w:r>
        <w:t>Súd: Krajský súd Bratislava</w:t>
      </w:r>
    </w:p>
    <w:p>
      <w:r>
        <w:t>Spisová značka: 1S/276/2013</w:t>
      </w:r>
    </w:p>
    <w:p>
      <w:r>
        <w:t>ECLI: ECLI:SK:KSBA:2013:1013202061.2</w:t>
      </w:r>
    </w:p>
    <w:p>
      <w:r>
        <w:t>Dátum vydania: 2.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1S/276/2013 Identifikačné číslo súdneho spisu: 1013202061 Dátum vydania rozhodnutia: 03. 12. 2013 Meno a priezvisko sudcu, VSÚ: JUDr. Monika Valašíková PhD. ECLI: ECLI:SK:KSBA:2013:1013202061.2 Uznesenie Krajský súd v Bratislave v právnej veci žalobcu: IUSA - Dúbravčice, s.r.o., Mraziarenská 6, Bratislava, IČO: 44 299 273, právne zastúpený advokátom: JUDr. Ján Benčura, Záhradnícka 41, Bratislava proti žalovanému: Okresný úrad Bratislava, odbor výstavby a bytovej politiky, Lamačská cesta 8, Bratislava, o návrhu na odklad vykonateľnosti, takto r o z h o d o l : Krajský súd v Bratislave odkladá vykonateľnosť rozhodnutia Okresného úradu Bratislava č. OU-BA- OVBP2-2013/739-KOL zo dňa 11.11.2013 v spojení s rozhodnutím Mestskej časti Bratislava - Dúbravka č. SU-6068/2993/2013/G-8/Ma zo dňa 29.4.2013 až do právoplatného rozhodnutia súdu vo veci samej. o d ô v o d n e n i e : Žalobca sa žalobou doručenou tunajšiemu súdu dňa 22.11.2013 domáhal preskúmania zákonnosti rozhodnutia žalovaného č. OU-BA-OVBP2-2013/739-KOL zo dňa 11.11.2013 v spojení s prvostupňovým rozhodnutím Mestskej časti Bratislava - Dúbravka č. SU-6068/2993/2013/G-8/Ma zo dňa 29.4.2013. Žalobca zároveň požiadal súd o odklad vykonateľnosti oboch rozhodnutí správneho orgánu. Ako dôvod tejto žiadosti uviedol, že vydaním stavebného povolenia s nadobudnutím právoplatnosti, nastáva právny stav, kedy stavebník môže začať s výstavbou polyfunkčného obytného súboru, v dôsledku čoho nastane stav, ktorý bude nezvratný, čím môže vzniknúť žalobcovi závažná ujma. Podľa § 250c veta druhá OSP,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https://www.kauzis.sk/judikatura/r/ECLI:SK:KSBA:2013:1013202061.2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