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1K/12/1993 z 18. 2. 2013</w:t>
      </w:r>
    </w:p>
    <w:p>
      <w:r>
        <w:t>Uznesenie Krajského súdu Bratislava z 18. februára 2013, sp. zn. 1K/12/1993, ECLI:SK:KSBA:2013:1093899259.2</w:t>
      </w:r>
    </w:p>
    <w:p>
      <w:r>
        <w:t>Súd: Krajský súd Bratislava</w:t>
      </w:r>
    </w:p>
    <w:p>
      <w:r>
        <w:t>Spisová značka: 1K/12/1993</w:t>
      </w:r>
    </w:p>
    <w:p>
      <w:r>
        <w:t>ECLI: ECLI:SK:KSBA:2013:1093899259.2</w:t>
      </w:r>
    </w:p>
    <w:p>
      <w:r>
        <w:t>Dátum vydania: 18. 2.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1K/12/1993 Identifikačné číslo súdneho spisu: 1093899259 Dátum vydania rozhodnutia: 19. 02. 2013 Meno a priezvisko sudcu, VSÚ: JUDr. Eugen Palášthy ECLI: ECLI:SK:KSBA:2013:1093899259.2 Uznesenie Krajský súd v Bratislave v konkurznej veci úpadcu: Topoľčianske strojárne, a.s., sídlom ul. Odbojárov 294/10, 955 88 Továrniky, IČO: 31 411 533, takto r o z h o d o l : Súd z r u š u j e konkurz vyhlásený uznesením tunajšieho súdu zo dňa 25.06.1998, pod č. k. Z-2-1K 12/93-178 z dôvodu, že majetok úpadcu nepostačuje na úhradu výdavkov a odmeny správcu konkurznej podstaty. Súd z b a v u j e JUDr. Jána Chmela, sídlom AK Royova 9, 921 01 Piešťany, funkcie správcu konkurznej podstaty. o d ô v o d n e n i e : Správca konkurznej podstaty JUDr. Ján Chmelo dal dňa 15.02.2013 návrh na zrušenie vyhláseného konkurzu v zmysle § 44 ods. 1 písm. d/ zák. č. 328/1991 Zb. v znení neskorších predpisov. Uznesením Krajského súdu v Bratislave sp. zn. Z-2-1K 12/1993-502 bola dňa 27.11.2012 schválená konečná správa o speňažovaní konkurznej podstaty a o vyúčtovaní odmeny a výdavkov správcu konkurznej podstaty tak, ako ju predložil správca konkurznej podstaty JUDr. Ján Chmelo dňa 27.09.2012 (právoplatná dňa 01.01.2013). Podľa predmetnej konečnej správy sa v priebehu konkurzu podarilo speňažiť celú konkurznú podstatu, pričom hodnota speňaženého majetku úpadcu nepostačuje ani na úhradu výdavkov a odmeny správcu. V konkurznej podstate sa už nenachádza žiadny majetok. V zmysle § 44 ods. 1 písm. d/ zák. č. 328/1991 Zb. v platnom znení súd zruší konkurz, ak zistí, že majetok úpadcu nepostačuje na úhradu výdavkov a odmeny správcu, pričom sa neprihliada na veci a pohľadávky vylúčené z podstaty a podľa ods. 4 citovaného ustanovenia, súd zbaví správcu funkcie. Keďže správca konkurznej podstaty preukázal vo vyúčtovaní príjmov a výdavkov na vedení konkurzu, že majetok úpadcu nepostačuje na úhradu výdavkov a odmeny správcu v zmysle uvedených ustanovení súd konkurz zrušil a správcu konkurznej podstaty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 (§ 45 ods. 1 zák. č. 328/1991 Zb. v znení neskorších predpisov).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https://www.kauzis.sk/judikatura/r/ECLI:SK:KSBA:2013:1093899259.2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