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2Z35CB/336/1995 z 16. 1. 2013</w:t>
      </w:r>
    </w:p>
    <w:p>
      <w:r>
        <w:t>Uznesenie Krajského súdu Bratislava z 16. januára 2013, sp. zn. 2Z35CB/336/1995, ECLI:SK:KSBA:2013:1095896248.2</w:t>
      </w:r>
    </w:p>
    <w:p>
      <w:r>
        <w:t>Súd: Krajský súd Bratislava</w:t>
      </w:r>
    </w:p>
    <w:p>
      <w:r>
        <w:t>Spisová značka: 2Z35CB/336/1995</w:t>
      </w:r>
    </w:p>
    <w:p>
      <w:r>
        <w:t>ECLI: ECLI:SK:KSBA:2013:1095896248.2</w:t>
      </w:r>
    </w:p>
    <w:p>
      <w:r>
        <w:t>Dátum vydania: 16. 1. 2013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Bratislava Spisová značka: 2Z35CB/336/1995 Identifikačné číslo súdneho spisu: 1095896248 Dátum vydania rozhodnutia: 17. 01. 2013 Meno a priezvisko sudcu, VSÚ: JUDr. Peter Pospech ECLI: ECLI:SK:KSBA:2013:1095896248.2 Uznesenie Krajský súd v Bratislave pred samosudcom JUDr. Petrom Pospechom v právnej veci žalobcu Kooperatíva, výrobno-obchodné družstvo Uhlířske Janovice so sídlom Sázavská 786, Uhlířske Janovice, Česká republika, identifikačné číslo 00 02 85 25, proti žalovanému: RD Šoporňa, Šalská 852, 925 52 Šoporňa o zaplatenie sumy 57.777,- Sk (1.917,85 Eur) takto r o z h o d o l : Súd konanie z a s t a v u j e . Žiaden z účastníkov nemá právo na náhradu trov konania. Žalobcovi sa vracia súdny poplatok, znížený o sumu 6,63 Eur v sume 88,47 Eur, ktorý vrátený žalobcovi na jeho účet vedený v L. R., K..E.., č. ú. XX-XXXXXXXXXX/XXXX, H.: XXX B. XXXXXXXXXXXXXXXXXXXXXX po právoplatnosti uznesenia prostredníctvom Daňového úradu Bratislava. o d ô v o d n e n i e : Žalobným návrhom zo dňa 23.02.1995 si žalobca uplatnil právo na zaplatenie čiastky 57.777,- Sk (1.917,85 Eur) z dôvodu nezaplatenie ceny za predaj roštov. Predaj roštov bol vyúčtovaný faktúrami so splatnosťou v roku 1991 a 1992. Písomným podaním, došlým konajúcemu súdu dňa 27.12.2012 zobral žalobca svoj žalobný návrh späť. S ohľadom na značný časový odstup odo dňa podania žaloby by žalobca len s obtiažami mohol predložiť doklady, o ktoré opiera svoj nárok. Podľa § 96 ods. 1 O.s.p. navrhovateľ môže vziať za konania späť návrh na jeho začatie a to sčasti alebo celkom. Ak je návrh vzatý späť celkom, súd konanie zastaví. Ak je návrh vzatý späť sčasti, súd konanie v tejto časti zastaví. Nakoľko k späťvzatiu žalobného návrhu došlo ešte pred prvým pojednávaním v predmetnej veci, súd konanie zastavil podľa § 96 ods. 1 O.s.p. Výrok o trovách konania konajúci súd oprel o ustanovenie § 146 ods. 1 písm. c) O.s.p. s tým, že žiaden z účastníkov nemá právo na náhradu trov konania. Podľa § 11 ods. 3 zákona č. 71/1992 o súdnych poplatkoch v znení neskorších predpisov žalobcovi sa vracia súdny poplatok znížený o sumu 6,63 Eur v sume 88,47 Eur, ktorý bude vrátený žalobcovi na jeho účet vedený v L. R., ktorého číslo je uvedené vo výrokovej časti tohto uznesenia prostredníctvom Daňového úradu Bratislava po právoplatnosti tohto uznesenia. Poučenie: Proti tomuto uzneseniu je možné podať odvolanie do 15 dní odo dňa doručenia na Krajskom súde v Bratislave, písomne dvojmo.</w:t>
      </w:r>
    </w:p>
    <w:p/>
    <w:p>
      <w:r>
        <w:t>Zdroj: KAUZIS.SK – https://www.kauzis.sk/judikatura/r/ECLI:SK:KSBA:2013:1095896248.2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