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5K/77/1998 z 20. 8. 2013</w:t>
      </w:r>
    </w:p>
    <w:p>
      <w:r>
        <w:t>Uznesenie Krajského súdu Bratislava z 20. augusta 2013, sp. zn. 5K/77/1998, ECLI:SK:KSBA:2013:1098898062.2</w:t>
      </w:r>
    </w:p>
    <w:p>
      <w:r>
        <w:t>Súd: Krajský súd Bratislava</w:t>
      </w:r>
    </w:p>
    <w:p>
      <w:r>
        <w:t>Spisová značka: 5K/77/1998</w:t>
      </w:r>
    </w:p>
    <w:p>
      <w:r>
        <w:t>ECLI: ECLI:SK:KSBA:2013:1098898062.2</w:t>
      </w:r>
    </w:p>
    <w:p>
      <w:r>
        <w:t>Dátum vydania: 20. 8.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5K/77/1998 Identifikačné číslo súdneho spisu: 1098898062 Dátum vydania rozhodnutia: 21. 08. 2013 Meno a priezvisko sudcu, VSÚ: JUDr. Lýdia Noskovičová ECLI: ECLI:SK:KSBA:2013:1098898062.2 Uznesenie Krajský súd v Bratislave v konkurznej veci úpadcu: STAVOPROJEKT Bratislava, a.s. v likvidácii, Cukrová 14, 813 39 Bratislava, IČO: 31 322 573 s ustanoveným správcom konkurznej podstaty JUDr. Antonom Novákom, Ružinovská 42, 821 01 Bratislava, o návrhu na zrušenie konkurzu, takto r o z h o d o l : Súd z r u š u j e konkurz vyhlásený na majetok úpadcu: STAVOPROJEKT Bratislava, a.s. v likvidácii, Cukrová 14, 813 39 Bratislava, IČO: 31 322 573, podľa § 44 ods. 1 písm. d) ZKV. Súd z b a v u j e JUDr. Antona Nováka funkcie správcu konkurznej podstaty. o d ô v o d n e n i e : Uznesením tunajšieho súdu č. k. 5K 77/98-71 zo dňa 20.10.1998 bol vyhlásený konkurz na majetok úpadcu. Súd zároveň v predmetnom uznesení ustanovil do funkcie správcu konkurznej podstaty Mgr. Pavla Görnera. Uznesením č. k. 5K 77/98-163 zo dňa 25.07.2003 bol Mgr. Pavol Görner zbavený funkcie správcu a do tejto funkcie súd ustanovil JUDr. Antona Nováka, advokáta. Správca konkurznej podstaty predložil súdu dňa 17.05.2012 konečnú správu o speňažovaní majetku z podstaty a vyúčtovaní odmeny a výdavkov správcu, ktorá bola súdom schválená uznesením č. k. 5K 77/1998-440 dňa 17.06.2013. Uznesenie nadobudlo právoplatnosť dňa 30.07.2013. Správca konkurznej podstaty doručil súdu dňa 16.08.2013 návrh na zrušenie konkurzu v súlade s ust. § 44 ods. 1 písm. d) zákona č. 328/1991 Zb. o konkurze a vyrovnaní účinnom v čase podania návrhu na vyhlásenie konkurzu, nakoľko z výťažku zo speňaženia majetku patriaceho do konkurznej podstaty nezostáva suma určená na uspokojenie ostatných pohľadávok. K návrhu pripojil doklad o úhrade odmien správcom konkurznej podstaty činných v tomto konaní a doklad o úhrade súdneho poplatku za konkurzné konanie vo výške 212,- Eur. Z konkurznej podstaty úpadcu bol opatrením súdu č. k. 5K 77/98-305 zo dňa 16.08.2007 vylúčený nasledovný majetok: - nehnuteľnosti - pozemky a stavby, a to kostol a kolumbárium, súpisné č. XXXX, na parc. č. XXXX/XXX, zapísané na LV č. XXXX, kat. úz. N. O., v spoluvlastníckom podiely XX/XXX, - majetkové práva - kmeňové akcie emitenta Intertour a.s. Bratislava, na doručiteľa, v počte 5 ks s menovitou hodnotou 100.000,- Sk (Eur). Opatrením č. k. 5K 77/98-344 zo dňa 09.08.2010 súd z konkurznej podstaty vylúčil neodpredaný majetok, a to: - obchodný podiel v spoločnosti SHG s.r.o. Bratislava, - drobný hnuteľný majetok (kávomlynček, paginovačka, automat na teplé nápoje JM 40, rebrík ALW 7 stupňový, pánske sako). Celkové príjmy získané do konkurznej podstaty boli spolu vo výške 18.328,55 Eur (príjmy patriace úpadcovi ku dňu vyhlásenia konkurzu: 40,65 Eur, príjmy získané zo speňaženia majetku: 17.695,21 Eur, iné príjmy od vyhlásenia konkurzu: 592,69 Eur). Finančné prostriedky v celkovej výške 18.328,55 Eur boli rozdelené nasledovne: - uhradené náklady na správu konkurznej podstaty, uhradené pohľadávky proti podstate: 15.760,54 Eur, - Mgr. Pavol Görner, správca konkurznej podstaty do 25.07.2003 (odmena): 1.061,71 Eur, - JUDr. Anton Novák, správca konkurznej podstaty od 25.07.2003 (odmena): 1.061,71 Eur, - súdny poplatok za konkurzné konanie: 212,- Eur, - suma potrebná na uhradenie nákladov spojených s ukončením konkurzu (poštovné, poplatky za zrušenie účtu, iné poplatky): 232,59 Eur. Súd v priebehu celého konania skúma, či sú splnené podmienky na to, aby sa mohlo v konaní pokračovať. Jednou z podmienok je, aby dlžník mal majetok postačujúci aspoň na úhradu trov konania (§ 5 zák. č. 328/1991 Zb. o konkurze a vyrovnaní v znení neskorších predpisov). Súd na základe konečnej správy správcu konkurznej podstaty zistil, že úpadca nemá ďalší majetok, ktorý by bolo možné speňažiť v rámci ponukových kôl a uspokojiť ani pomerne nároky konkurzných veriteľov v rámci tried rozvrhovým uznesením, a ktorý by postačoval na ďalšie krytie nákladov konania, pretože ten, ktorý mal, bol speňažený s nedostatočným finančným výťažkom a zvyšok majetku, ktorý nebolo možné predať, súd vylúčil z konkurznej podstaty v súlade s ustanovením § 27 ods. 12 ZKV. O odmene a výdavkoch správcu konkurznej podstaty úpadcu súd rozhodol v uznesení o schválení konečnej správy. V zmysle § 44 ods. 1 písm. d) zák. č. 328/91 Zb. o konkurze a vyrovnaní v platnom znení súd uznesením zruší konkurz, v ktorom nedošlo k potvrdeniu núteného vyrovnania, ak zistí, že majetok úpadcu nepostačuje na úhradu výdavkov a odmeny správcu, pričom neprihliada na veci a pohľadávky vylúčené z podstaty a podľa ods. 4 citovaného ustanovenia, súd zbaví správcu funkcie. Na základe vyššie uvedených skutočností súd v zmysle ust. § 44 ods. 1 písm. d) ZKV a ods. 4 cit. ustanovenia zrušil konkurz a súčasne správcu konkurznej podstaty zbavil jeho funkcie. Na základe zoznamu prihlášok možno po právoplatnosti uznesenia o zrušení konkurzu viesť pre zistenú pohľadávku výkon rozhodnutia alebo exekúciu na majetok úpadcu (§ 45 ods. 2 ZKV). Žiaden z účastníkov nemá právo na náhradu trov konania § 150 O.s.p.. Správca oznámi súdu, či ukončil účtovnú 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https://www.kauzis.sk/judikatura/r/ECLI:SK:KSBA:2013:1098898062.2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