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7K/141/1999 z 12. 9. 2013</w:t>
      </w:r>
    </w:p>
    <w:p>
      <w:r>
        <w:t>Uznesenie Krajského súdu Bratislava z 12. septembra 2013, sp. zn. 7K/141/1999, ECLI:SK:KSBA:2013:1099897763.4</w:t>
      </w:r>
    </w:p>
    <w:p>
      <w:r>
        <w:t>Súd: Krajský súd Bratislava</w:t>
      </w:r>
    </w:p>
    <w:p>
      <w:r>
        <w:t>Spisová značka: 7K/141/1999</w:t>
      </w:r>
    </w:p>
    <w:p>
      <w:r>
        <w:t>ECLI: ECLI:SK:KSBA:2013:1099897763.4</w:t>
      </w:r>
    </w:p>
    <w:p>
      <w:r>
        <w:t>Dátum vydania: 12. 9.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7K/141/1999 Identifikačné číslo súdneho spisu: 1099897763 Dátum vydania rozhodnutia: 13. 09. 2013 Meno a priezvisko sudcu, VSÚ: JUDr. Boris Tóth ECLI: ECLI:SK:KSBA:2013:1099897763.4 Uznesenie Krajský súd v Bratislave v konkurznej veci úpadcu: STM STAV, a.s., Záhradnícka 1135, 958 01 Partizánske, IČO: 31 620 272, s ustanovenou správkyňou konkurznej podstaty JUDr. Editou Balážikovou, advokátkou, D. XXX/X, XXX XX H., takto r o z h o d o l : Súd z r u š u j e konkurz vyhlásený na majetok úpadcu: STM STAV, a.s., Záhradnícka 1135, 958 01 Partizánske, IČO: 31 620 272, po splnení rozvrhového uznesenia. Súd z b a v u j e JUDr. Editu Balážikovú, advokátku, funkcie správcu konkurznej podstaty. o d ô v o d n e n i e : Krajský súd v Bratislave uznesením pod č. k. 7K 141/1999-96 zo dňa 30.03.2000 vyhlásil konkurz na majetok dlžníka: STM STAV, a.s., Záhradnícka 1135, 958 01 Partizánske, IČO: 31 620 272 a za správcu konkurznej podstaty súd ustanovil JUDr. Editu Balážikovú, advokátku. Uznesením č. k. 7K 141/1999-522 zo dňa 22.05.2013 súd rozhodol o rozdelení finančných prostriedkov získaných speňažením konkurznej podstaty. Opatrením súdu č. k. 7K 141/1999- 391 zo dňa 04.05.2009 bol z konkurznej podstaty vylúčený majetok úpadcu - pohľadávky bližšie špecifikované v opatrení, ktoré nebolo možné vymôcť v rámci exekučných konaní pre zistenú nemajetnosť dlžníkov, prípadne z dôvodu vyhláseného konkurzu, v ktorom nebol predpoklad ich uhradenia ako aj z dôvodu premlčania. Opatrením súdu č. k. 7K 141/1999- 403 zo dňa 25.10.2010 bol z konkurznej podstaty vylúčený majetok úpadcu - akcie emitenta STYL MODE SIPOX, a.s., Púchov, z dôvodu jeho výmazu z Obchodného registra Okresným súdom Žilina ex offo dňa 21.09.2006. Opatrením súdu č. k. 7K 141/1999- 411 zo dňa 28.06.2011 boli z konkurznej podstaty vylúčené exekučné konania o vymáhanie pohľadávok. Podaním zo dňa 07.08.2013, doručeným súdu dňa 12.08.2013, správkyňa konkurznej podstaty predložila súdu správu o zrealizovaní uznesenia o rozvrhu č. k. 7K 141/1999-522 zo dňa 22.05.2013 a zároveň predložila návrh na zrušenie konkurzu a zbavenie funkcie správcu. Súdny poplatok za konkurzné konanie vo výške 835,00 Eur bol správcom uhradený na účet Krajského súdu v Bratislave dňa 04.07.2013. V zmysle § 44 ods. 1 písm. b/ zák. č. 328/91 Zb. o konkurze a vyrovnaní v platnom znení, súd zruší konkurz, v ktorom nedošlo k potvrdeniu núteného vyrovnania, po splnení rozvrhového uznesenia a podľa ods. 4 citovaného ustanovenia, súd zbaví správcu funkcie. Keďže správca konkurznej podstaty preukázal splnenie rozvrhového uznesenia, v zmysle týchto ustanovení súd zrušil konkurz a správcu konkurznej podstaty zbavil funkcie. Správca konkurznej podstaty oznámi súdu, či ukončil účtovnú uzávierku úpadcu.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 alebo exekúciu na majetok úpadcu (§ 45 ods. 2 ZKV).</w:t>
      </w:r>
    </w:p>
    <w:p/>
    <w:p>
      <w:r>
        <w:t>Zdroj: KAUZIS.SK – https://www.kauzis.sk/judikatura/r/ECLI:SK:KSBA:2013:1099897763.4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