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7Cbs/21/2005 z 21. 4. 2013</w:t>
      </w:r>
    </w:p>
    <w:p>
      <w:r>
        <w:t>Uznesenie Krajského súdu Bratislava z 21. apríla 2013, sp. zn. 7Cbs/21/2005, ECLI:SK:KSBA:2013:1104134821.3</w:t>
      </w:r>
    </w:p>
    <w:p>
      <w:r>
        <w:t>Súd: Krajský súd Bratislava</w:t>
      </w:r>
    </w:p>
    <w:p>
      <w:r>
        <w:t>Spisová značka: 7Cbs/21/2005</w:t>
      </w:r>
    </w:p>
    <w:p>
      <w:r>
        <w:t>ECLI: ECLI:SK:KSBA:2013:1104134821.3</w:t>
      </w:r>
    </w:p>
    <w:p>
      <w:r>
        <w:t>Dátum vydania: 21. 4.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7Cbs/21/2005 Identifikačné číslo súdneho spisu: 1104134821 Dátum vydania rozhodnutia: 22. 04. 2013 Meno a priezvisko sudcu, VSÚ: JUDr. Jarmila Glončáková ECLI: ECLI:SK:KSBA:2013:1104134821.3 Uznesenie Krajský súd v Bratislave v právnej veci žalobcu R.. W. K., Z. W. XXX/XX, G. G. proti žalovanému 1. dôchodková, a. s. , Nám. 1. mája 14, Bratislava o 10 000,- Sk /331,94 Eur/ takto r o z h o d o l : Súd konanie zastavuje. Žalovanému sa náhrada trov nepriznáva.. Žalobcovi sa vracia súdny poplatok v sume 92,88 Eur po právoplatnosti uznesenia, prostredníctvom Daňového úradu v Trenčíne o d ô v o d n e n i e : Žalobca si žalobou došlou súdu dňa 7.09.2004, uplatnil právo na nahradenie vyhlásenia vôle žalovaného, že ako predávajúci uzatvára kúpnu zmluvu so žalobcom, ako kupujúcim, na odkúpenie akcií za cenu dohodnutú v zmluve, k čomu sa zaviazal v zmluve o odkúpení akcií 1. garantovanej, a.s., č. D 913900 037, do 3 dní od nadobudnutia právoplatnosti rozsudku na účet žalobcu. Súd uznesením zo dňa 17. 06. 2005 prerušil konanie z dôvodu vyhlásenia konkurzu na majetok žalovaného. Krajský súd v Bratislave uznesením zo dňa 15.05.2012 č. k. 1 K/136/2004-1899 zrušil konkurz vyhlásený na žalovaného z dôvodu, že tu nie sú predpoklady pre konkurz. Uvedené uznesenie nadobudlo právoplatnosť dňom 19.06. 2012. Pred začatím pojednávania vo veci samej žalobca podaním zo dňa 15.04.2013 zobral žalobu v celom rozsahu späť. Súd v súlade s ust. § 96 ods. 1 a 3 OSP konanie zastavil. Podľa ust. § 11 ods. 1 a 4 zákona č. 71/1992 Zb. v znení jeho zmien a doplnkov sa žalobcovi vracia súdny poplatok v sume 92,88 Eur, po právoplatnosti uznesenia prostredníctvom Daňového úradu v Trenčíne. Výrok o náhrade trov konania sa zakladá na ust. § 146 ods. 2 OSP. Žalovanému sa nepriznáva náhrada trov konania, vzhľadom k tomu, že si náhradu trov konania neuplatnil. Poučenie: Proti tomuto uzneseniu je možné podať odvolanie do 15 dní odo dňa doručenia uznesenia. na Krajskom súde v Bratislave. V odvolaní sa má popri všeobecných náležitostiach /§ 42 ods. 3 OSP/ uviesť, v čom sa toto rozhodnutie, alebo postup súdu považuje za nesprávny a čoho sa odvolateľ domáha. Odvolanie je potrebné odôvodniť podľa ust. § 205 ods.2 OSP.</w:t>
      </w:r>
    </w:p>
    <w:p/>
    <w:p>
      <w:r>
        <w:t>Zdroj: KAUZIS.SK – https://www.kauzis.sk/judikatura/r/ECLI:SK:KSBA:2013:1104134821.3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