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18CoE/473/2013 z 28. 11. 2013</w:t>
      </w:r>
    </w:p>
    <w:p>
      <w:r>
        <w:t>Uznesenie Krajského súdu Bratislava z 28. novembra 2013, sp. zn. 18CoE/473/2013, ECLI:SK:KSBA:2013:1107211079.2</w:t>
      </w:r>
    </w:p>
    <w:p>
      <w:r>
        <w:t>Súd: Krajský súd Bratislava</w:t>
      </w:r>
    </w:p>
    <w:p>
      <w:r>
        <w:t>Spisová značka: 18CoE/473/2013</w:t>
      </w:r>
    </w:p>
    <w:p>
      <w:r>
        <w:t>ECLI: ECLI:SK:KSBA:2013:1107211079.2</w:t>
      </w:r>
    </w:p>
    <w:p>
      <w:r>
        <w:t>Dátum vydania: 28. 11. 2013</w:t>
      </w:r>
    </w:p>
    <w:p>
      <w:r>
        <w:t>Forma: Uznesenie</w:t>
      </w:r>
    </w:p>
    <w:p>
      <w:pPr>
        <w:pStyle w:val="Heading2"/>
      </w:pPr>
      <w:r>
        <w:t>Text rozhodnutia</w:t>
      </w:r>
    </w:p>
    <w:p>
      <w:r>
        <w:t>Súd: Krajský súd Bratislava Spisová značka: 18CoE/473/2013 Identifikačné číslo súdneho spisu: 1107211079 Dátum vydania rozhodnutia: 29. 11. 2013 Meno a priezvisko sudcu, VSÚ: JUDr. Boris Tóth ECLI: ECLI:SK:KSBA:2013:1107211079.2 Uznesenie Krajský súd v Bratislave, v exekučnej veci oprávneného: Dopravný podnik Bratislava, a.s., Olejkárska 1, 814 52 Bratislava 1, IČO: 00 492 736, zastúpený: JUDr. Marián Chovanec, advokát, so sídlom kancelárie na Račianskej 109/C, Bratislava, P.O.BOX 259, 810 00 Bratislava 1, proti povinnému: H. K., r.č. XXXXXX/ XXXX, bytom J. XX, XXX XX P., štátny občan SR, pre vymoženie uloženej povinnosti zaplatiť 6,80 EUR istiny s príslušenstvom a trovy exekúcie vedenej súdnym exekútorom: JUDr. Pavel Halás, Exekútorský úrad Štefanovičova 20, 817 77 Bratislava 15, o odvolaní povinného proti uzneseniu Okresného súdu Bratislava I, č.k. 1Er/380/2007-26 zo dňa 15.10.2008, takto r o z h o d o l : Krajský súd v Bratislave odvolanie povinného proti uzneseniu Okresného súdu Bratislava I, č.k. 1Er/380/2007-26 zo dňa 15.10.2008 o d m i e t a. o d ô v o d n e n i e : Napadnutým uznesením súd prvého stupňa I.) zamietol námietky povinného proti upovedomeniu o začatí exekúcie podľa § 50 ods. 1 zákona NR SR č. 233/1995 Z.z., o súdnych exekútoroch a exekučnej činnosti (Exekučný poriadok) a o zmene a doplnení ďalších zákonov (ďalej len „EP“), nakoľko mal za to, že súdu nebolo preukázané, že po vzniku exekučného titulu nastali okolnosti, ktoré by spôsobili zánik vymáhaného nároku alebo by bránili jeho vymáhateľnosti a nie sú tu ani iné dôvody, pre ktoré by bola exekúcia neprípustná. II.) Zamietol námietky povinného proti trovám exekúcie ako nedôvodné, podľa § 201 ods. 2 EP. III.) Povinnému uložil povinnosť zaplatiť súdny poplatok za podané námietky vo výške 66,38 EUR do 3 dni odo dňa nadobudnutia právoplatnosti tohto uznesenia opierajúc sa o položku 13 písm. b/ Sadzobníka súdnych poplatkov. Proti tomuto uzneseniu podal po lehote odvolanie povinný. Krajský súd, ako súd odvolací (§ 10 ods. 1 zákona NZ ČSR č. 99/1963 Zb. Občiansky súdny poriadok / ďalej len „OSP“/), prejednal vec podľa § 212 ods. 1 OSP, bez nariadenia pojednávania v súlade s ustanovením § 214 ods. 2 OSP a dospel k záveru, že odvolanie oprávneného je potrebné odmietnuť. Podľa § 201 veta prvá OSP, účastník môže napadnúť rozhodnutie súdu prvého stupňa odvolaním, pokiaľ to zákon nevylučuje. Podľa § 202 ods. 2 OSP, odvolanie nie je prípustné ani proti uzneseniu v exekučnom konaní podľa osobitného zákona, ak tento osobitný zákon neustanovuje inak, a ani proti uzneseniu v konaní o vymáhanie súdnych pohľadávok podľa osobitného zákona. Podľa § 204 ods. 1, veta prvá OSP, odvolanie sa podáva do 15 dní od doručenia rozhodnutia na súde, proti rozhodnutiu ktorého smeruje. Podľa § 218 ods. 1 písm. a/ OSP, odvolací súd odmietne odvolanie, bolo podané oneskorene. Podľa § 218 ods. 1 písm. c/ OSP, odvolací súd odmietne odvolanie, ktoré smeruje proti rozhodnutiu, proti ktorému nie je odvolanie prípustné. Podľa § 50 ods. 4 EP, proti rozhodnutiu, ktorým sa vyhovelo námietkam, je prípustné odvolanie. Podľa § 201 ods. 2 EP, účastník konania môže vzniesť u exekútora do troch dní od doručenia upovedomenia o začatí exekúcie námietky proti trovám exekúcie. O námietkach rozhoduje súd (§ 45). Proti rozhodnutiu súdu o námietkach proti trovám exekúcie nie je prípustné odvolanie. Z citovaných zákonných ustanovení nepochybne vyplýva, že proti uzneseniu, ktorým exekučný súd zamietol námietky povinného proti upovedomeniu o začatí exekúcie a námietky proti trovám exekúcie nie je odvolanie prípustné. Napadnuté uznesenie súdu prvého stupňa bolo povinnému doručené do vlastných rúk dňa 31.10.2008 v súlade s ustanovením § 47 ods. 1 OSP. Lehota na podanie odvolania oprávnenému začala plynúť, v zmysle § 57 ods. 1 OSP, dňom 01.10.2008 a uplynula podľa § 57 ods. 2 OSP márnym uplynutím dňa 17.10.2008 (rozhodnutie je právoplatným dňom 18.10.2008). Oprávnený podal odvolanie osobne až 07.10.2009, teda až po uplynutí zákonom stanovenej lehoty, čím uznesenie o vyrúbení poplatkovej povinnosti bolo napadnuté odvolaním oneskorene. Z týchto dôvodov odvolací súd, v zmysle ustanovenia § 218 ods. 1 písm. a) a c) OSP, odvolanie povinného, ako oneskorene podané a smerujúce proti rozhodnutiu, proti ktorému nie je odvolanie prípustné, odmietol. Poučenie: Proti tomuto uzneseniu odvolanie n i e j e prípustné.</w:t>
      </w:r>
    </w:p>
    <w:p/>
    <w:p>
      <w:r>
        <w:t>Zdroj: KAUZIS.SK – https://www.kauzis.sk/judikatura/r/ECLI:SK:KSBA:2013:1107211079.2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