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5Co/241/2013 z 29. 4. 2013</w:t>
      </w:r>
    </w:p>
    <w:p>
      <w:r>
        <w:t>Uznesenie Krajského súdu Bratislava z 29. apríla 2013, sp. zn. 5Co/241/2013, ECLI:SK:KSBA:2013:1107214589.2</w:t>
      </w:r>
    </w:p>
    <w:p>
      <w:r>
        <w:t>Súd: Krajský súd Bratislava</w:t>
      </w:r>
    </w:p>
    <w:p>
      <w:r>
        <w:t>Spisová značka: 5Co/241/2013</w:t>
      </w:r>
    </w:p>
    <w:p>
      <w:r>
        <w:t>ECLI: ECLI:SK:KSBA:2013:1107214589.2</w:t>
      </w:r>
    </w:p>
    <w:p>
      <w:r>
        <w:t>Dátum vydania: 29. 4.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5Co/241/2013 Identifikačné číslo súdneho spisu: 1107214589 Dátum vydania rozhodnutia: 30. 04. 2013 Meno a priezvisko sudcu, VSÚ: JUDr. Juraj Považan ECLI: ECLI:SK:KSBA:2013:1107214589.2 Uznesenie Krajský súd v Bratislave v právnej veci navrhovateľa: I. E., F.. XX.XX.XXXX, T. D. X, T., zast. JUDr. Máriou Peráčkovou, advokátkou so sídlom Hrušková 21, Bratislava proti odporcovi: KOOPERATIVA poisťovňa, a.s. Vienna Insurance Group, Štefanovičova ulica č. 4, 811 04 Bratislava, IČO: 00 585 441, o zaplatenie sumy vo výške 9.409,08 Eur (283.458,- Sk) s príslušenstvom, na odvolanie navrhovateľa proti uzneseniu Okresného súdu Bratislava I zo dňa 14.03.2013, č.k. 16C 84/2007-408 takto r o z h o d o l : Odvolací súd odvolanie navrhovateľa o d m i e t a . Odporcovi náhradu trov odvolacieho konania n e p r i z n á v a . o d ô v o d n e n i e : Okresný súd Bratislava I ako súd konajúci v prvom stupni, uznesením špecifikovaným v záhlaví tohto uznesenia zastavil dovolacie konanie a nepriznal odporcovi náhradu trov konania, z dôvodu nezaplatenia jednej tretiny súdneho poplatku vo výške 386 €, teda v časti, v ktorej navrhovateľovi súdom nebolo priznané oslobodenie od zaplatenia súdneho poplatku. Dňa 11.04.2013 doručil neúspešný navrhovateľ proti predmetnému uzneseniu, doručenému jeho právnemu zástupcovi dňa 26.03.2013, odvolanie. Skôr ako odvolací súd pristúpil k vecnému prejednaniu napadnutého uznesenia, zaoberal sa včasnosťou podaného odvolania. Podľa § 204 ods. 1, 2, 3 O.s.p., odvolanie sa podáva do 15 dní od doručenia rozhodnutia na súde, proti rozhodnutiu ktorého smeruje. Ak bolo vydané opravné uznesenie, lehota plynie znovu od doručenia opravného uznesenia len v rozsahu vykonanej opravy. - 2 - Odvolanie je podané včas aj vtedy, ak bolo podané po uplynutí lehoty podľa odseku 1 preto, že sa odvolateľ spravoval nesprávnym poučením súdu o lehote na podanie odvolania. Ak rozhodnutie neobsahuje poučenie o lehote na podanie odvolania alebo ak obsahuje nesprávne poučenie o tom, že odvolanie nie je prípustné, možno podať odvolanie do troch mesiacov od doručenia. Odpustenie zmeškania lehoty na odvolanie nie je prípustné, ak ide o odvolanie proti rozsudku, ktorým bolo vyslovené, že sa manželstvo rozvádza, že je neplatné alebo že nie je. V týchto prípadoch neplatí tiež ustanovenie odseku 2 druhej vety. Podľa § 57 ods. 1, 3 O.s.p. do plynutia lehoty sa nezapočítava deň, keď došlo k skutočnosti určujúcej začiatok lehoty. Lehota je zachovaná, ak sa posledný deň lehoty urobí úkon na súde alebo podanie odovzdá orgánu, ktorý má povinnosť ho doručiť. Podľa § 28 ods. 2 O.s.p. plnomocenstvo udelené pre celé konanie nemožno obmedziť. Zástupca, ktorému bolo toto plnomocenstvo udelené, je oprávnený na všetky úkony, ktoré môže v konaní urobiť účastník. Odvolací súd má z obsahu spisu preukázané, že odvolaním napadnuté uznesenie bolo právnemu zástupcovi navrhovateľa (splnomocnenému navrhovateľom dňa 19.03.2012 na dovolacie konanie v predmetnej právnej veci, PM č.l. 360 ) doručené dňa 26.03.2013 do vlastných rúk ( č.l. 410 ), v zmysle ust. § 45 ods. 2 O.s.p. Navrhovateľ doručil odvolanie konajúcemu súdu dňa 11.04.2013, osobne. Doručenie podaného odvolania vyhodnotil odvolací súd z hľadiska podania správneho poučenia o odvolaní v uznesení súdu prvého stupňa, preveril, že posledný deň 15 dňovej lehoty na odvolanie, plynúcej odo dňa 27.03.2012 nebol deň pracovného voľna a nepripadol ani na sobotu ani nedeľu (deň 10.04.2012 bola streda), nebol podaný návrh na odpustenie zmeškanej lehoty ( § 58 O.s.p. ) a opravné uznesenie, týkajúce sa výroku uznesenia vo veci vydané nebolo. Po zhodnotení, že včasnosti podania odvolania nebránili ani vyššie uvedené prekážky, odvolací súd preskúmal vec bez nariadenia odvolacieho pojednávania v zmysle ust. § 214 ods. 2 O.s.p., odvolanie navrhovateľa ako oneskorene podané v súlade s ust. § 218 ods. 1 písm. a/ O.s.p. odmietol. O náhrade trov odvolacieho konania, ktoré by v prípade úspechu vo veci v zmysle § 142 ods. 1 O.s.p. prináležali odporcovi súd nerozhodoval, nakoľko - 3 - procesným ukončením konania bez jeho meritórneho prejednania odporcovi trovy konania, o ktorých súd navyše rozhoduje na návrh účastníka ( § 151 ods. 1 O.s.p. ), nevznikli. Poučenie: Toto uznesenie nemožno napadnúť odvolaním.</w:t>
      </w:r>
    </w:p>
    <w:p/>
    <w:p>
      <w:r>
        <w:t>Zdroj: KAUZIS.SK – https://www.kauzis.sk/judikatura/r/ECLI:SK:KSBA:2013:1107214589.2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