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1Cob/245/2012 z 30. 1. 2013</w:t>
      </w:r>
    </w:p>
    <w:p>
      <w:r>
        <w:t>Uznesenie Krajského súdu Bratislava z 30. januára 2013, sp. zn. 1Cob/245/2012, ECLI:SK:KSBA:2013:1107243246.1</w:t>
      </w:r>
    </w:p>
    <w:p>
      <w:r>
        <w:t>Súd: Krajský súd Bratislava</w:t>
      </w:r>
    </w:p>
    <w:p>
      <w:r>
        <w:t>Spisová značka: 1Cob/245/2012</w:t>
      </w:r>
    </w:p>
    <w:p>
      <w:r>
        <w:t>ECLI: ECLI:SK:KSBA:2013:1107243246.1</w:t>
      </w:r>
    </w:p>
    <w:p>
      <w:r>
        <w:t>Dátum vydania: 30.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1Cob/245/2012 Identifikačné číslo súdneho spisu: 1107243246 Dátum vydania rozhodnutia: 31. 01. 2013 Meno a priezvisko sudcu, VSÚ: JUDr. Danica Michalková ECLI: ECLI:SK:KSBA:2013:1107243246.1 Uznesenie Krajský súd v Bratislave v právnej veci navrhovateľa: LINEA, investičné družstvo, Drieňová č. 34, Bratislava, IČO 31 322 247, zast. JUDr. Alexandrom Škrinárom, CSc., advokátom, Tichá ul. č. 34, Bratislava proti odporcovi: ORIFLAME SLOVAKIA s.r.o., Europeum Business Centre - Suché mýto č. 1, Bratislava, IČO 31 348 751, zast. MUNDIEROVÁ &amp; PARTNERS s.r.o., Zámocké schody č. 2/ A, Bratislava, IČO 36 861 545 o zaplatenie 89.113,10 Eur ist. s prísl. o odvolaní navrhovateľa proti uzneseniu Okresného súdu Bratislava I zo dňa 19. 04. 2012 č.k. 31Cb/265/2007-93 takto r o z h o d o l : Krajský súd uznesenie Okresného súdu Bratislava I zo dňa 19. 04. 2012 č.k. 31Cb/265/2007-93 vo výroku o nevrátení súdneho poplatku za návrh navrhovateľovi m e n í tak, že navrhovateľovi sa vracia súdny poplatok za návrh vo výške 2.673,37 Eur cestou príslušného finančného úradu. o d ô v o d n e n i e : Súd prvého stupňa napadnutým uznesením schválil podľa ust. § 99 O.s.p. zmier uzavretý medzi účastníkmi, ktorým sa odporca zaviazal zaplatiť navrhovateľovi 500,-- Eur s tým, že účastníci sa dohodli aj o náhrade trov konania tak, že ich náhradu si žiaden z účastníkov neuplatňoval. Ďalším výrokom odporcovi vrátil 90% súdneho poplatku za odpor vo výške 4.811,85 Eur s poukazom na ust. § 11 ods. 7 zák. č. 71/1992 Zb. o súdnych poplatkoch s odôvodnením, že uvedený súdny poplatok bol odporcom uhradený dňa 23. 01. 2009. O vrátení súdneho poplatku za návrh navrhovateľovi rozhodol tak, že tento navrhovateľovi nevrátil s poukazom na ust. § 13 ods. 3 zák. č. 71/1992 Zb. s odôvodnením, že súdny poplatok za návrh bol zaplatený dňa 04. 11. 2008 vo výške 5.346,74 Eur, a teda od jeho zaplatenia uplynula lehota dlhšia ako tri roky od konca kalendárneho roka, v ktorom bol poplatok zaplatený. Lehota na vrátenie súdneho poplatku uplynula dňa 31. 12. 2011. Proti tomuto uzneseniu v časti, ktorou nebol vrátený súdny poplatok za návrh, podal v zákonnej lehote odvolanie navrhovateľ a navrhol v tejto časti uznesenie súdu prvého stupňa zmeniť a súdny poplatok po krátení vrátiť navrhovateľovi. Poukázal na ustálenú judikatúru Najvyššieho súdu SR i na nálezy Ústavného súdu SR, podľa ktorých výklad každej právnej normy musí byť konformný s Ústavou SR ako základným zákonom štátu. Uviedol, že pre začiatok plynutia lehoty 3 rokov nie je možné pri späťvzatí návrhu vychádzať z okamihu zaplatenia súdneho poplatku, ale z procesného úkonu, ktorým navrhovateľ disponoval s návrhom a vzal ho späť alebo uzavrel súdny zmier. Krajský súd ako súd odvolací (ust. § 10 ods. 1 O.s.p.) prejednal vec podľa § 214 ods. 2 O.s.p. bez nariadenia pojednávania, preskúmal uznesenie súdu prvého stupňa v časti napadnutej odvolaním podľa § 212 ods. 1 O.s.p. a dospel k záveru, že uznesenie súdu prvého stupňa je potrebné zmeniť. Z obsahu spisu vyplýva, že súd prvého stupňa po pojednávaní vo veci samej konanie uznesením zo dňa 14. 08. 2009 prerušil podľa ust. § 109 ods. 2, písm. c/ O.s.p. (č.l. 77 spisu). Následne účastníci dňa 20. 01. 2012 uzavreli súdny zmier, ktorý súd prvého stupňa podľa ust. § 99 O.s.p. schválil. Podľa ust. § 11 ods. 7 zák. č. 71/1992 Zb. ak konanie skončia účastníci schválením súdneho zmieru do začiatku pojednávania vo veci samej, vráti sa im 90 % zo všetkých zaplatených poplatkov. Ak konanie skončia účastníci schválením súdneho zmieru po začatí pojednávania vo veci samej, vráti sa im 50 % zo všetkých zaplatených poplatkov. Ak účastníci vyriešili časť sporu súdnym zmierom v zmierovacom konaní, vráti sa im 30 % zo zaplateného poplatku v konaní podľa tretej časti Občianskeho súdneho poriadku. Pri nezaplatených poplatkoch v rovnakom rozsahu súd poplatok nevyberie a uznesenie o uloženej povinnosti zaplatiť poplatok v uvedenom rozsahu zruší. Ustanovenia odsekov 3 a 4 sa nepoužijú. Účastníci uzavreli súdny zmier, ktorý úkon je zákonným dôvodom na vrátenie kráteného súdneho poplatku podľa citovaného ustanovenia. Odvolací súd zhodne s tvrdením navrhovateľa dospel k záveru, že uzavretie súdneho zmieru je takým procesným úkonom, od ktorého začína plynúť lehota na vrátenie súdneho poplatku, teda lehota 3 rokov od schválenia takéhoto úkonu súdom. Z uvedených dôvodov odvolací súd uznesenie súdu prvého stupňa zmenil podľa ust. § 221 ods. 1, písm. h/ O.s.p. a navrhovateľovi vrátil súdny poplatok za návrh. Účastníci uzavreli súdny zmier po začatí pojednávania vo veci samej (pojednávanie konané dňa 30. 05. 2008), preto navrhovateľovi patrí súdny poplatok krátený o 50%. Súdny poplatok bol zaplatený vo výške 161.076,- Sk a podľa ust. § 18c ods. 5 zák. č. 71/1992 Zb. poplatok, ktorý sa vybral v slovenských korunách a má sa vrátiť po 1. januári 2009, sa po 1. januári 2009 vráti v sume, ktorá zodpovedá sume zistenej podľa § 11 v slovenských korunách prepočítanej konverzným kurzom na eurá a zaokrúhlenej na eurocenty nahor. Podľa tohto ustanovenia 50% súdneho poplatku činí 80.538,- Sk, po prepočte 2.673,37 Eur, ktorý bude navrhovateľovi podľa ust. § 11 ods. 6, posledná veta zák. č. 71/1992 Zb. vrátený finančným úradom do 30 dní od doručenia odpisu právoplatného rozhodnutia alebo písomného upovedomenia. Z uvedených dôvodov odvolací súd uznesenie súdu prvého stupňa zmenil tak ako je uvedené vo výroku tohto uznesenia. Toto rozhodnutie prijal senát krajského súdu pomerom hlasov 3:0. Poučenie: Proti tomuto uzneseniu odvolanie nie je prípustné.</w:t>
      </w:r>
    </w:p>
    <w:p/>
    <w:p>
      <w:r>
        <w:t>Zdroj: KAUZIS.SK – https://www.kauzis.sk/judikatura/r/ECLI:SK:KSBA:2013:1107243246.1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