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5Co/323/2013 z 27. 8. 2013</w:t>
      </w:r>
    </w:p>
    <w:p>
      <w:r>
        <w:t>Uznesenie Krajského súdu Bratislava z 27. augusta 2013, sp. zn. 5Co/323/2013, ECLI:SK:KSBA:2013:1110247904.1</w:t>
      </w:r>
    </w:p>
    <w:p>
      <w:r>
        <w:t>Súd: Krajský súd Bratislava</w:t>
      </w:r>
    </w:p>
    <w:p>
      <w:r>
        <w:t>Spisová značka: 5Co/323/2013</w:t>
      </w:r>
    </w:p>
    <w:p>
      <w:r>
        <w:t>ECLI: ECLI:SK:KSBA:2013:1110247904.1</w:t>
      </w:r>
    </w:p>
    <w:p>
      <w:r>
        <w:t>Dátum vydania: 27. 8. 2013</w:t>
      </w:r>
    </w:p>
    <w:p>
      <w:r>
        <w:t>Forma: Uznesenie</w:t>
      </w:r>
    </w:p>
    <w:p>
      <w:pPr>
        <w:pStyle w:val="Heading2"/>
      </w:pPr>
      <w:r>
        <w:t>Text rozhodnutia</w:t>
      </w:r>
    </w:p>
    <w:p>
      <w:r>
        <w:t>Súd: Krajský súd Bratislava Spisová značka: 5Co/323/2013 Identifikačné číslo súdneho spisu: 1110247904 Dátum vydania rozhodnutia: 28. 08. 2013 Meno a priezvisko sudcu, VSÚ: JUDr. Juraj Považan ECLI: ECLI:SK:KSBA:2013:1110247904.1 Uznesenie Krajský súd v Bratislave v právnej veci navrhovateľa: U. Y., X. L. XX, X., zast. JUDr. Teréziou Turkovičovou, advokátkou so sídlom Ružová dolina 27, Bratislava, proti odporkyni: T.. Ľ. Y., X. U. XX, X., zast. Nielsen Meinl s.r.o., advokátska kancelária so sídlom Gorkého 3, Bratislava, o zrušenie a vyporiadanie podielového spoluvlastníctva k nehnuteľnosti, na odvolanie navrhovateľa proti uzneseniu Okresného súdu Bratislava I zo dňa 08. 02. 2013, č. k. 26C/224/2010-182, v spojení s opravným uznesením zo dňa 18. 03. 2013, č. k. 26C/224/2010-187 takto r o z h o d o l : Odvolací súd odvolanie navrhovateľa o d m i e t a. o d ô v o d n e n i e : Napadnutým uznesením súd prvého stupňa nariadil znalecké dokazovanie znalcom z odboru stavebníctvo, odvetvie: pozemné stavby a odhad hodnoty nehnuteľnosti, N.. Ľ. L., X. W. XX, Bratislava, ktorému určil v lehote 30 dní od doručenia tohto uznesenia vypracovať v troch vyhotoveniach znalecký posudok, v ktorom zodpovie štyri otázky uvedené vo výrokovej časti uznesenia. Súčasne uvedeným uznesením uložil účastníkom konania, aby dali znalcovi k dispozícii všetky potrebné doklady a informácie, v prípade potreby sa dostavili v ustanovený čas na znalcom určené miesto pod následkom použitia poriadkových opatrení podľa § 53 O.s.p. a súčasne v lehote 10 dní od doručenia uznesenia zložili na účet okresného súdu preddavok na trovy spojené s podaním znaleckého posudku, každý po 250 Eur. Účastníkov konania v poučení o opravnom prostriedku poučil o neprípustnosti odvolania proti uzneseniu o nariadení kontrolného znaleckého dokazovania, o možnosti podať námietky voči osobe znalca v lehote 5 dní od doručenia uznesenia a o možnosti podať odvolanie proti výroku uznesenia, ktorým bola účastníkom konania uložená povinnosť zaplatiť preddavok na trovy znaleckého dokazovania, v lehote 15 dní od doručenia uznesenia. Proti uvedenému uzneseniu, v časti otázok položených znalcovi, podal navrhovateľ v 15- dňovej lehote odvolanie, ktorým žiadal napadnuté uznesenie zrušiť a novým rozhodnutím určiť, že jedinou úlohou znalca bude po obhliadke nehnuteľnosti určiť cenu nehnuteľnosti s ohľadom na existujúcu situáciu na trhu s nehnuteľnosťami porovnateľného druhu v danej lokalite. Súčasne poukázal na nesprávnosť poučenia o opravnom prostriedku v napadnutom uznesení. V odvolaní namietal prvé tri otázky položené znalcovi, ktoré vychádzajúc z ich poradia, súd preferoval pred štvrtou otázkou, ktoré idú nad rámec návrhu navrhovateľa a sú v rozpore s jeho vôľou a skutočnými oprávnenými nárokmi, ktoré si voči odporkyni uplatnil. Postup prvostupňového súdu preto označil za vecne a právne nesprávny. Prvostupňový súd postupom podľa § 164 O.s.p. opravným uznesením zo dňa 18. 03. 2013, č. k. 26C/224/2010-187, opravil napadnuté uznesenie v časti poučenia o opravnom prostriedku tak, že proti uzneseniu o nariadení znaleckého dokazovania odvolanie nie je prípustné; prípadné námietky voči osobe znalca môžu účastníci konania oznámiť súdu v lehote 5 dní odo dňa doručenia uznesenia a proti výroku uznesenia, ktorým súd rozhodol o povinnosti účastníkov zaplatiť preddavok na trovy znaleckého dokazovania, je možné podať odvolanie v lehote 15 dní odo dňa doručenia tohto uznesenia, písomne, dvojmo na podpísanom súde. Odvolací súd vec prejednal podľa § 212 ods. 1, § 214 ods. 2 O.s.p. bez nariadenia pojednávania a po preskúmaní veci dospel k záveru, že odvolanie navrhovateľa je potrebné postupom podľa § 218 ods. 1 písm. c) O.s.p. odmietnuť, nakoľko smeruje proti rozhodnutiu, proti ktorému nie je odvolanie prípustné. Podľa § 202 ods. 3 písm. a) O.s.p. odvolanie nie je prípustné proti uzneseniu, ktorým sa upravuje vedenie konania. Navrhovateľ v 15 - dňovej lehote podal odvolanie voči uzneseniu, ktorým bolo v konaní nariadené znalecké dokazovanie, a to v časti uloženia otázok súdom ustanovenému znalcovi. Nakoľko uznesenie, ktorým sa nariaďuje znalecké dokazovanie je nepochybne uznesením upravujúcim konania, odvolanie voči nemu podľa vyššie citovaného ustanovenia Občianskeho súdneho poriadku nie je prípustné. V danom prípade bolo možné odvolaním napadnúť len výrok uznesenia, ktorým bola účastníkom konania uložená preddavková povinnosť. Vzhľadom na vyššie uvedené, odvolací súd musel odvolanie navrhovateľa postupom podľa § 218 ods. 1 psím. c) O.s.p. odmietnuť. Poučenie: Proti tomuto uzneseniu nie je prípustné odvolanie.</w:t>
      </w:r>
    </w:p>
    <w:p/>
    <w:p>
      <w:r>
        <w:t>Zdroj: KAUZIS.SK – https://www.kauzis.sk/judikatura/r/ECLI:SK:KSBA:2013:1110247904.1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