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6Co/205/2013 z 26. 6. 2013</w:t>
      </w:r>
    </w:p>
    <w:p>
      <w:r>
        <w:t>Uznesenie Krajského súdu Bratislava z 26. júna 2013, sp. zn. 6Co/205/2013, ECLI:SK:KSBA:2013:1112212489.2</w:t>
      </w:r>
    </w:p>
    <w:p>
      <w:r>
        <w:t>Súd: Krajský súd Bratislava</w:t>
      </w:r>
    </w:p>
    <w:p>
      <w:r>
        <w:t>Spisová značka: 6Co/205/2013</w:t>
      </w:r>
    </w:p>
    <w:p>
      <w:r>
        <w:t>ECLI: ECLI:SK:KSBA:2013:1112212489.2</w:t>
      </w:r>
    </w:p>
    <w:p>
      <w:r>
        <w:t>Dátum vydania: 26. 6. 2013</w:t>
      </w:r>
    </w:p>
    <w:p>
      <w:r>
        <w:t>Forma: Uznesenie</w:t>
      </w:r>
    </w:p>
    <w:p>
      <w:pPr>
        <w:pStyle w:val="Heading2"/>
      </w:pPr>
      <w:r>
        <w:t>Text rozhodnutia</w:t>
      </w:r>
    </w:p>
    <w:p>
      <w:r>
        <w:t>Súd: Krajský súd Bratislava Spisová značka: 6Co/205/2013 Identifikačné číslo súdneho spisu: 1112212489 Dátum vydania rozhodnutia: 27. 06. 2013 Meno a priezvisko sudcu, VSÚ: JUDr. Darina Kuchtová ECLI: ECLI:SK:KSBA:2013:1112212489.2 Uznesenie Krajský súd v Bratislave v právnej veci navrhovateľa: O. Š., X.. XX.XX.XXXX, L. J. XX, XXX XX L. a odporcov 1/ Dražobná spoločnosť, a.s., Gunduličova 3, 811 05 Bratislava, IČO 358497032, 2/ Všeobecná úverová banka, a.s., Mlynské Nivy 1, 829 90 Bratislava, IČO 31320155, v konaní o vydanie predbežného opatrenia, na odvolanie navrhovateľa proti uzneseniu Okresného súdu Bratislava I v Bratislave zo dňa 23.7.2012, č.k. 19C 36/2012-32 takto r o z h o d o l : Krajský súd v Bratislave uznesenie Okresného súdu Bratislava I v Bratislave zo dňa 23.7.2012, č.k. 19C 36/2012-32 p o t v r d z u j e . o d ô v o d n e n i e : Napadnutým uznesením súd prvého stupňa uložil navrhovateľovi, aby v lehote 10 dní od doručenia napadnutého uznesenia zaplatil súdny poplatok za odvolanie podané proti uzneseniu zo dňa 10.5.2012, č.k. 19C 36/2012-25 a to vo výške 33 € podľa položky č. 1, písm. c/ Sadzobníka súdnych poplatkov, ktorý tvorí prílohu zákona Slovenskej národnej rady č. 81/1992 Zb. v platnom znení. Proti tomuto uzneseniu v zákonom stanovenej lehote podal odvolanie navrhovateľ podaním zo dňa 27.8.2012 (doručené súdu prvého stupňa 31.8.2012). Uviedol, že je invalidný dôchodca s finančným príjmom 177 € mesačne evidovaný na úrade práce, a preto žiada oslobodenie od súdnych poplatkov z dôvodu, že nemá iný finančný príjem. Krajský súd v Bratislave ako súd odvolací (§ 10 ods. 1 O.s.p.) prejednal odvolanie navrhovateľa s poukazom na ust. § 212 ods. 1 O.s.p. viazaný dôvodmi a rozsahom odvolania, v súlade s ust. § 214 ods. 2 O.s.p. a dospel k záveru, že odvolanie navrhovateľa nie je dôvodné. Z obsahu spisu má odvolací súd za preukázané, že po tom, ako súd prvého stupňa napadnutým uznesením uložil navrhovateľovi zaplatiť súdny poplatok za odvolanie voči uzneseniu zo dňa 10.5.2012, č.k. 19C 36/12 vo výške 33 € a následne po odvolaní navrhovateľa voči tomuto uzneseniu súd prvého stupňa vyzval navrhovateľa listom zo dňa 19.11.2012, aby v lehote 15 dní odo dňa tejto výzvy predložil súdu pripojené vyplnené tlačivo, ktorým bude dokladovať jeho aktuálne majetkové pomery. Zároveň ho vyzval, aby doložil originál rozhodnutia o hmotnej núdzi. Výzvu navrhovateľ prevzal dňa 4.12.2012. Súd prvého stupňa uznesením zo dňa 16.1.2013, č.k. 19C 36/2012-53 nepriznal navrhovateľovi oslobodenie od súdnych poplatkov, keď v súlade s ust. § 138 ods. 1 a 2 O.s.p. navrhovateľ napriek výzve súdu nepredložil v súdom stanovenej 15 - dňovej lehote žiadne požadované doklady a ani nepreukázal existenciu takých majetkových pomerov, ktoré by odôvodňovali priznanie oslobodenia od súdnych poplatkov, a preto súd prvého stupňa žiadosť navrhovateľa posúdil ako nedôvodnú. Uviedol, že na priznanie oslobodenie od súdnych poplatkov v konaní nie je právny nárok a je vecou účastníka konania, aby súdu preukázal, že jeho pomery mu neumožňujú objektívne predmetný súdny poplatok uhradiť. Predmetné uznesenie navrhovateľ prevzal 15.2.2013. Podľa § 1 ods. 1 zák. č. 71/1992 Zb. v platnom znení, súdne poplatky (ďalej len poplatky) sa vyberajú za jednotlivé úkony alebo konania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veta prvá citovaného zákona, v odvolacom konaní je poplatníkom ten, kto podal odvolanie, pri dovolaní ten, kto podal dovolanie. Podľa § 5 ods. 1 písm. a/ citovaného zákona, poplatková povinnosť vzniká podaním návrhu, odvolania a dovolania alebo žiadosti na vykonanie poplatkového úkonu, ak je poplatníkom navrhovateľ, odvolateľ a dovolateľ. Podľa položky 1c Sadzobníka súdnych poplatkov zák. č. 71/1992 Zb. v platnom znení z návrhu na nariadenie alebo zrušenie predbežného opatrenia sa platí súdny poplatok vo výške 33 €. Podľa rovnakej sadzby sa platí sadzba i v odvolacom konaní, pričom súdny poplatok sa platí aj za odvolanie proti rozhodnutiu súdu o návrhu na vydanie predbežného opatrenia. Vzhľadom na vyššie uvedené, keď navrhovateľ i napriek výzve súdu prvého stupňa nezaplatil súdny poplatok za odvolanie voči uzneseniu zo dňa 10.5.2012, pod č.k. 19C 36/2012-25 a zároveň uznesením zo dňa 16.1.2013, č.k. 19C 36/2012-53 súd prvého stupňa nepriznal navrhovateľovi oslobodenie od súdnych poplatkov, navrhovateľovi vznikla poplatková povinnosť za podanie odvolania, ktorú je povinný na základe napadnutého uznesenia uhradiť. Správne preto súd prvého stupňa rozhodol, keď zaviazal navrhovateľa na zaplatenie súdneho poplatku za odvolanie, a preto odvolací súd uznesenie súdu prvého stupňa s poukazom na ust. § 219 ods. 1 O.s.p. ako vecne správne potvrdil. Toto uznesenie bolo prijaté pomerom hlasov 3 : 0. Poučenie: Proti tomuto uzneseniu odvolanie nie je prípustné.</w:t>
      </w:r>
    </w:p>
    <w:p/>
    <w:p>
      <w:r>
        <w:t>Zdroj: KAUZIS.SK – https://www.kauzis.sk/judikatura/r/ECLI:SK:KSBA:2013:1112212489.2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