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3Cob/164/2013 z 29. 9. 2013</w:t>
      </w:r>
    </w:p>
    <w:p>
      <w:r>
        <w:t>Uznesenie Krajského súdu Bratislava z 29. septembra 2013, sp. zn. 3Cob/164/2013, ECLI:SK:KSBA:2013:1205202346.2</w:t>
      </w:r>
    </w:p>
    <w:p>
      <w:r>
        <w:t>Súd: Krajský súd Bratislava</w:t>
      </w:r>
    </w:p>
    <w:p>
      <w:r>
        <w:t>Spisová značka: 3Cob/164/2013</w:t>
      </w:r>
    </w:p>
    <w:p>
      <w:r>
        <w:t>ECLI: ECLI:SK:KSBA:2013:1205202346.2</w:t>
      </w:r>
    </w:p>
    <w:p>
      <w:r>
        <w:t>Dátum vydania: 29. 9. 2013</w:t>
      </w:r>
    </w:p>
    <w:p>
      <w:r>
        <w:t>Forma: Uznesenie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3Cob/164/2013 Identifikačné číslo súdneho spisu: 1205202346 Dátum vydania rozhodnutia: 30. 09. 2013 Meno a priezvisko sudcu, VSÚ: JUDr. Elena Ondrišová ECLI: ECLI:SK:KSBA:2013:1205202346.2 Uznesenie Krajský súd v Bratislave v právnej veci žalobcu Doprastav, a.s., Drieňová 27, Bratislava, IČO: 31 333 320, práv. zast. Právne centrum s.r.o., Žilinská 8, Bratislava proti žalovanému ALPINE Bau GmbH (im Konkurs), so sídlom Alte Bundesstrasse 10, A-5071 Wals bei Salzburg, Rakúsko, práv. zast. Ružička Csekes s.r.o., Vysoká 2/B, Bratislava o ochranu proti nekalej súťaži a o odvolaní žalobcu proti rozsudku Okresného súdu Bratislava I v Bratislave č.k. 31Cb/14/2005-452, jednohlasne takto r o z h o d o l : Krajský súd v Bratislave odvolacie konanie z a s t a v u j e . Žiaden z účastníkov nemá právo na náhradu trov odvolacieho konania. o d ô v o d n e n i e : Napadnutým rozsudkom rozhodol súd prvého stupňa tak, že žalobný návrh zamietol. V zákonnej lehote podal proti rozsudku súdu prvého stupňa žalobca odvolanie, ktorý navrhol odvolaciemu súdu, aby rozsudok súdu prvého stupňa zmenil alebo rozsudok súdu prvého stupňa zrušil a vec vrátil súdu prvého stupňa na ďalšie konanie. K odvolaniu žalobcu sa vyjadril žalovaný, ktorý žiadal odvolací súd, aby napadnutý rozsudok ako vecne správny potvrdil. Podľa § 207 ods. 2 O.s.p. dokiaľ o odvolaní nebolo rozhodnuté, možno ho vziať späť. Ak niekto vzal odvolanie späť, nemôže ho podať znova. Podľa § 207 ods. 3 O.s.p. ak sa odvolanie, o ktorom nebolo rozhodnuté, vzalo späť, odvolací súd odvolacie konanie zastaví. Žalobca dňa 6.9.2013 zobral späť svoje odvolanie, s ohľadom na skutočnosť, že žalovaný v zhode so žalobcom uviedli, že uzavreli dňa 9.9.2013 dohodu o urovnaní, ktorej rovnopis žalobca k späťvzatiu odvolania pripojil, odvolací súd s poukazom na ustanovenie § 207 ods. 3 O.s.p. odvolacie konanie zastavil. O náhrade trov konania súd rozhodol podľa § 146 ods. 1 písm. c/ a § 224 ods. 1 O.s.p., tak že ich náhradu nepriznal žiadnemu účastníkovi, keďže žalobca a žalovaný uzavreli dohodu, podľa ktorej sa vzájomne zaviazali, že trovy konania znáša každý účastník sám a zastavenie konania nebolo vzhľadom na dohodu zapríčinené výlučne ani jedným z účastníkov. S poukazom na ustanovenie § 12 ods. 1 Zákona o súdnych poplatkoch, o vrátení súdneho poplatku za podané odvolanie rozhodne súd prvého stupňa. Poučenie: Proti tomuto uzneseniu odvolanie nie je prípustné.</w:t>
      </w:r>
    </w:p>
    <w:p/>
    <w:p>
      <w:r>
        <w:t>Zdroj: KAUZIS.SK – https://www.kauzis.sk/judikatura/r/ECLI:SK:KSBA:2013:1205202346.2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