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6Co/280/2010 z 24. 3. 2013</w:t>
      </w:r>
    </w:p>
    <w:p>
      <w:r>
        <w:t>Uznesenie Krajského súdu Bratislava z 24. marca 2013, sp. zn. 6Co/280/2010, ECLI:SK:KSBA:2013:1207219316.2</w:t>
      </w:r>
    </w:p>
    <w:p>
      <w:r>
        <w:t>Súd: Krajský súd Bratislava</w:t>
      </w:r>
    </w:p>
    <w:p>
      <w:r>
        <w:t>Spisová značka: 6Co/280/2010</w:t>
      </w:r>
    </w:p>
    <w:p>
      <w:r>
        <w:t>ECLI: ECLI:SK:KSBA:2013:1207219316.2</w:t>
      </w:r>
    </w:p>
    <w:p>
      <w:r>
        <w:t>Dátum vydania: 24. 3. 2013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6Co/280/2010 Identifikačné číslo súdneho spisu: 1207219316 Dátum vydania rozhodnutia: 25. 03. 2013 Meno a priezvisko sudcu, VSÚ: JUDr. Mária Šramková ECLI: ECLI:SK:KSBA:2013:1207219316.2 Uznesenie Krajský súd v Bratislave v právnej veci žalobcu: F. C., A. W. L.. Č.. XX, N., zast. advokátom JUDr. Milošom Cimrákom, Štefánikova ul. č. 7, Nitra, proti žalovanému: Satur Travel, a. s., Miletičova ul. č. 1, Bratislava, zast. advokátskou kanceláriou Melničák a Semančíková, spol. s r. o., Miletičova ul. č. 1, Bratislava, o 145 202 Sk (4 819,82 eur ) s prísl., na odvolanie žalobcu proti rozsudku Okresného súdu Bratislava II zo 14. apríla 2010 č. k. 6C/143/2007- 218, pomerom hlasov 3:0, takto r o z h o d o l : Odvolacie konanie sa z a s t a v u j e . Žalovanému sa nepriznáva náhrada trov odvolacieho konania. o d ô v o d n e n i e : Napadnutým rozsudkom súd prvého stupňa zamietol žalobu, ktorou sa žalobca proti žalovanému domáhal zaplatenia 145 202 Sk s prísl. z titulu vrátenia ceny zájazdu a z titulu náhrady škody. Žalobcovi súd prvého stupňa uložil povinnosť nahradiť žalovanému k rukám jeho právnej zástupkyne trovy konania 2 221,03 eur do 3 dní od právoplatnosti rozsudku. Proti tomuto rozsudku podal odvolanie žalobca. Navrhol, aby odvolací súd napadnutý rozsudok zmenil tak, že žalobe vyhovie, alebo aby ho zrušil a vec vrátil súdu prvého stupňa na ďalšie konanie. Na pojednávaní pred odvolacím súdom dňa 25. 3. 2013 žalobca vzal odvolanie späť. Keďže žalobca vzal odvolanie späť, pred tým, než o ňom odvolací súd rozhodol, odvolací súd v zmysle § 207 ods. 3 O.s.p. odvolacie konanie zastavil. O trovách odvolacieho konania odvolací súd rozhodol podľa § 146 ods. 2 prvá veta v spojení s § 224 ods. 1 O.s.p. a ich náhradu žalovanému nepriznal, pretože žalovaný náhradu odvolacieho konania nepožadoval. Odvolací súd upozorňuje súd prvého stupňa na zrejmú nesprávnosť spočívajúcu v tom, že namiesto správneho dátumu vyhlásenia rozsudku 14. 4. 2010 je v rozsudku uvedený chybný dátum jeho vyhlásenia 14. 4. 2009. Túto zrejmú nesprávnosť bude súd prvého stupňa musieť odstrániť postupom podľa § 164 O.s.p. Poučenie: Proti tomuto uzneseniu odvolanie nie je prípustné.</w:t>
      </w:r>
    </w:p>
    <w:p/>
    <w:p>
      <w:r>
        <w:t>Zdroj: KAUZIS.SK – https://www.kauzis.sk/judikatura/r/ECLI:SK:KSBA:2013:1207219316.2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