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5Co/513/2012 z 29. 12. 2013</w:t>
      </w:r>
    </w:p>
    <w:p>
      <w:r>
        <w:t>Uznesenie Krajského súdu Bratislava z 29. decembra 2013, sp. zn. 5Co/513/2012, ECLI:SK:KSBA:2013:1208213724.2</w:t>
      </w:r>
    </w:p>
    <w:p>
      <w:r>
        <w:t>Súd: Krajský súd Bratislava</w:t>
      </w:r>
    </w:p>
    <w:p>
      <w:r>
        <w:t>Spisová značka: 5Co/513/2012</w:t>
      </w:r>
    </w:p>
    <w:p>
      <w:r>
        <w:t>ECLI: ECLI:SK:KSBA:2013:1208213724.2</w:t>
      </w:r>
    </w:p>
    <w:p>
      <w:r>
        <w:t>Dátum vydania: 29. 12. 2013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Bratislava Spisová značka: 5Co/513/2012 Identifikačné číslo súdneho spisu: 1208213724 Dátum vydania rozhodnutia: 30. 12. 2013 Meno a priezvisko sudcu, VSÚ: JUDr. Juraj Považan ECLI: ECLI:SK:KSBA:2013:1208213724.2 Uznesenie Krajský súd v Bratislave v právnej veci navrhovateľa: SLOVNAFT, a.s. , so sídlom Vlčie hrdlo 1, 824 12 Bratislava, IČO: 31 322 832, zast. Ružička Csekes, s.r.o. so sídlom Vysoká 2/B, 811 06 Bratislava, proti odporcom 1. Twin City, a.s. so sídlom Prievozská 4, 821 09 Bratislava, IČO: 35 872 127 2. Slovak Lines, a.s., so sídlom Mlynské nivy 31, 821 09 Bratislava, IČO: 35 821 019 zast. Law &amp; Trust - advokátska kancelária, spol. s r.o., so sídlom Karadžičova 12, 821 08 Bratislava, o určenie neplatnosti právnych úkonov, na odvolanie navrhovateľa proti rozsudku Okresného súdu Bratislava II v Bratislave zo dňa 20. júla 2012 č.k. 50C 166/2008-329 takto r o z h o d o l : Odvolací súd pripúšťa späťvzatie návrhu na začatie konania, napadnutý rozsudok súdu prvého stupňa z r u š u j e a konanie z a s t a v u j e. Žiaden z účastníkov n e m á právo na náhradu trov konania. o d ô v o d n e n i e : Výrokom rozsudku, špecifikovaným v záhlaví tohto uznesenia, napadnutým odvolaním navrhovateľa doručeným súdu v zákonnej lehote dňa 19.09.2012, bol súdom prvého stupňa zamietnutý návrh navrhovateľa v právnej veci určenia neplatnosti právnych úkonov a navrhovateľ bol zaviazaný na náhradu trov konania odporcov. Po doručení odvolania, skôr ako odvolací súd rozhodol o odvolaní navrhovateľa, zobral tento podaním doručeným súdu dňa 18.11.2013, návrh späť. Podaním, doručeným súdu dňa 26.11.2013 sa odporcovia k späťvzatiu vyjadrili tak, že so späťvzatím návrhu súhlasili a súhlasili a s rozhodnutím o trovách konania tak, že žiadnemu z účastníkov súd neprizná náhradu trov prvostupňového a ani odvolacieho konania. Podľa § 208 O.s.p., ak je návrh na začatie konania vzatý späť, keď už rozhodol súd prvého stupňa, ale jeho rozhodnutie nie je dosiaľ právoplatné, odvolací súd rozhodne o pripustení späťvzatia. Súd späťvzatie nepripustí, ak druhý účastník s tým nesúhlasí. Ak späťvzatie pripustí, odvolací súd zruší rozhodnutie súdu prvého stupňa a konanie zastaví. Vzhľadom na to, že rozsudok súdu prvého stupňa nenadobudol ešte právoplatnosť, bolo možné návrh na začatie konania vziať späť (§ 208, § 96 ods. 1 O.s.p.) a pretože odporcovia vyjadrili súhlas so späťvzatím, odvolací súd podľa zhora citovaného ustanovenia pripustil späťvzatie návrhu, napadnutý rozsudok zrušil a konanie vo veci zastavil. Ak navrhovateľ vezme návrh späť a nejde o prípad podľa § 146 ods. 2 druhá veta O.s.p., t.j. dôvodne podaný návrh sa vzal späť pre správanie odporcu, z procesného hľadiska zásadne platí, že navrhovateľ zavinil zastavenie konania a preto je povinný nahradiť odporcovi trovy konania. Vzhľadom k výslovnému vzdaniu sa nároku na priznanie náhrady trov konania účastníkmi, v písomnom vyjadrení k späťvzatiu návrhu, odvolací súd rešpektujúc takto prejavenú vôľu úspešných účastníkov, trovy konania závislé od úspechu v spore v danom štádiu konania, úspešným účastníkom nepriznal. Poučenie: Toto uznesenie nemožno napadnúť odvolaním.</w:t>
      </w:r>
    </w:p>
    <w:p/>
    <w:p>
      <w:r>
        <w:t>Zdroj: KAUZIS.SK – https://www.kauzis.sk/judikatura/r/ECLI:SK:KSBA:2013:1208213724.2 (dáta aktuálne k 31. 10.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