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4Co/67/2012 z 25. 9. 2013</w:t>
      </w:r>
    </w:p>
    <w:p>
      <w:r>
        <w:t>Uznesenie Krajského súdu Bratislava z 25. septembra 2013, sp. zn. 4Co/67/2012, ECLI:SK:KSBA:2013:1209205214.2</w:t>
      </w:r>
    </w:p>
    <w:p>
      <w:r>
        <w:t>Súd: Krajský súd Bratislava</w:t>
      </w:r>
    </w:p>
    <w:p>
      <w:r>
        <w:t>Spisová značka: 4Co/67/2012</w:t>
      </w:r>
    </w:p>
    <w:p>
      <w:r>
        <w:t>ECLI: ECLI:SK:KSBA:2013:1209205214.2</w:t>
      </w:r>
    </w:p>
    <w:p>
      <w:r>
        <w:t>Dátum vydania: 25.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4Co/67/2012 Identifikačné číslo súdneho spisu: 1209205214 Dátum vydania rozhodnutia: 26. 09. 2013 Meno a priezvisko sudcu, VSÚ: JUDr. Valéria Kleinová ECLI: ECLI:SK:KSBA:2013:1209205214.2 Uznesenie Krajský súd v Bratislave v právnej veci navrhovateľa: B. A., K..E.., U. XX, R., IČO: XX XXX XXX, zast. agner a partners, s.r.o., Špitálska 10, Bratislava, proti odporcom 1/ U.. E. R., zomr. XX.XX.XXXX, naposledy bytom E. X, R., 2/ Š. R., zomr. dňa XX.XX.XXXX, naposledy bytom E. X, R., o zaplatenie 1.594,65 eur s príslušenstvom a o zaplatenie 1.719,70 eur s príslušenstvom, na odvolanie odporkyne 2/ proti rozsudku Okresného súdu Bratislava II zo dňa 15. októbra 2010, č.k. 51C 89/2010-71, takto r o z h o d o l : Odvolací súd rozsudok súdu prvého stupňa zrušuje a konanie z a s t a v u j e. Žiaden z účastníkov nemá právo na náhradu trov konania. o d ô v o d n e n i e : Napadnutým rozsudkom uložil súd prvého stupňa odporkyni 2/ povinnosť zaplatiť navrhovateľovi istinu vo výške 1.594,64 eur spolu s poplatkom z omeškania vo výške 2,5 promile denne zo sumy 531,55 eur od 16.01.2009 do zaplatenia, zo sumy 531,55 eur od 16.02.2009 do zaplatenia a zo sumy 531,55 eur od 16.03.2009 do zaplatenia a istinu vo výške 1.719,70 eur spolu s poplatkom z omeškania vo výške 2,5 promile denne zo sumy 561,60 eur od 16.07.2009 do zaplatenia, zo sumy 561,60 eur od 16.08.2009 do zaplatenia a zo sumy 569,50 eur od 16.09.2009 do zaplatenia, všetko do troch dní od právoplatnosti rozsudku. Odporkyni 2/ tiež uložil povinnosť zaplatiť navrhovateľovi náhradu trov konania v sume 571,92 eur na účet právneho zástupcu navrhovateľa do troch dní od právoplatnosti rozsudku. Konanie proti odporcovi 1/ zastavil z dôvodu späťvzatia návrhu navrhovateľom voči odporcovi 1/, nakoľko tento zomrel dňa 26.11.2009. Proti tomuto rozsudku podala odvolanie odporkyňa 2/, ktorá po podaní odvolania, dňa 03.05.2013 zomrela. Okresný súd Bratislava II rozhodol vo veci prejednania dedičstva po poručiteľke Š. R.A., zomr. XX.XX.XXXX, uznesením č.k. 38D 328/2013, Dnot 45/2013 zo dňa 24.06.2013, o zastavení konania podľa § 175h ods. 1 O.s.p., pretože poručiteľka nezanechala žiadny majetok. V odôvodnení uznesenia uviedol, že nebolo možné spísať ani zápisnicu o predbežnom vyšetrení dedičstva, pričom žiadni dedičia, ktorí by vstúpili do práv zomrelej nie sú uvedení. Uznesenie nadobudlo právoplatnosť dňa 24.06.2013. Krajský súd v Bratislave ako súd odvolací prejednal vec bez pojednávania podľa § 214 ods. 2 O.s.p. a dospel k záveru, že rozsudok prvostupňového súdu je potrebné zrušiť a konanie zastaviť. Podľa ust. § 107 ods. 1 O.s.p., ak účastník stratí spôsobilosť byť účastníkom konania skôr, ako sa konanie právoplatne skončilo, súd posúdi podľa povahy veci, či má konanie zastaviť alebo prerušiť alebo či môže v ňom pokračovať. Podľa ust. § 107 ods. 3 O.s.p., konanie súd preruší najmä vtedy, ak ide o majetkovú vec a navrhovateľ alebo odporca zomrel; v konaní pokračuje s dedičmi účastníka, prípadne s tými, ktorí podľa výsledku dedičského konania prevzali právo alebo povinnosť, o ktorú v konaní ide, a to len čo sa skončí konanie o dedičstve, ak povaha veci nepripúšťa, aby sa v konaní pokračovalo skôr. Podľa ust. § 19 O.s.p., spôsobilosť byť účastníkom konania má ten, kto má spôsobilosť mať práva a povinnosti; inak len ten, komu ju zákon priznáva. Vzhľadom na to, že odporkyňa 2/ smrťou dňa XX.XX.XXXX stratila spôsobilosť byť účastníčkou konania, skúmal odvolací súd, či prichádza do úvahy pokračovanie v konaní s jej dedičmi, nakoľko sa jedná o majetkovú vec. Nakoľko sa však dedičské konanie po odporkyni 2/ právoplatne skončilo bez zistenia jej prípadných dedičov zastavením konania z dôvodu, že nezanechala žiadny majetok, nie je možné v konaní pokračovať. Keďže odporkyňa 2/ počas konania o jej odvolaní zomrela a pokračovanie v konaní neprichádza do úvahy, odvolací súd rozsudok prvostupňového súdu zrušil a konanie zastavil. O trovách konania rozhodol súd podľa § 224 ods. 1 a § 146 ods. 1 písm. c/ O.s.p., podľa ktorého nemá žiaden z účastníkov právo na náhradu trov konania podľa jeho výsledku, ak bolo konanie zastavené. Toto rozhodnutie bolo prijaté senátom Krajského súdu v Bratislave pomerom hlasov 3:0. Poučenie: Toto uznesenie nemožno napadnúť odvolaním.</w:t>
      </w:r>
    </w:p>
    <w:p/>
    <w:p>
      <w:r>
        <w:t>Zdroj: KAUZIS.SK – https://www.kauzis.sk/judikatura/r/ECLI:SK:KSBA:2013:1209205214.2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