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14Co/313/2011 z 11. 3. 2013</w:t>
      </w:r>
    </w:p>
    <w:p>
      <w:r>
        <w:t>Uznesenie Krajského súdu Bratislava z 11. marca 2013, sp. zn. 14Co/313/2011, ECLI:SK:KSBA:2013:1210221046.2</w:t>
      </w:r>
    </w:p>
    <w:p>
      <w:r>
        <w:t>Súd: Krajský súd Bratislava</w:t>
      </w:r>
    </w:p>
    <w:p>
      <w:r>
        <w:t>Spisová značka: 14Co/313/2011</w:t>
      </w:r>
    </w:p>
    <w:p>
      <w:r>
        <w:t>ECLI: ECLI:SK:KSBA:2013:1210221046.2</w:t>
      </w:r>
    </w:p>
    <w:p>
      <w:r>
        <w:t>Dátum vydania: 11. 3. 2013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14Co/313/2011 Identifikačné číslo súdneho spisu: 1210221046 Dátum vydania rozhodnutia: 12. 03. 2013 Meno a priezvisko sudcu, VSÚ: JUDr. Katarína Javorčíková ECLI: ECLI:SK:KSBA:2013:1210221046.2 Uznesenie Krajský súd v Bratislave v právnej veci žalobcu: MJ. Č. H. - G. I., D. T., H., zastúpený: LEGAL CARTEL s. r. o., Ľubinská č. 18, Bratislava, proti žalovanému: H. &amp;. X., G..M..B.., G. G. G. XX, H., o zaplatenie 89,62 € s príslušenstvom, o odvolaní navrhovateľa proti rozsudku Okresného súdu Bratislava II v Bratislave, č.k. 58C/21/2011-53 zo dňa 21.4.2011, r o z h o d o l : I. Súd schvaľuje zmier účastníkov v nasledovnom znení: Odporca sa zaväzuje zaplatiť navrhovateľovi istinu vo výške 89,62 Eur a úroky z omeškania vo výške 9% z uvedenej sumy od 1.12.2010 do zaplatenia, a náhradu trov za súdny poplatok vo výške 16,50 Eur. Žiaden z účastníkov konania nemá právo na náhradu trov konania. II. Súd vracia navrhovateľovi súdny poplatok za podané odvolanie vo výške 8,25 Eur prostredníctvom Daňového úradu Bratislava I po právoplatnosti uznesenia. o d ô v o d n e n i e : Napadnutým rozsudkom prvostupňový súd žalobu navrhovateľa zamietol. Žalobcu zaviazal zaplatiť žalovanému náhradu trov súdneho konania vo výške 16,50 Eur. Proti rozsudku podal v zákonnej lehote odvolanie odporca a domáhal sa jeho zmeny tak, že odvolací súd žalobe vyhovie v celom rozsahu a prizná mu nárok na náhradu trov konania. Na pojednávaní pred odvolacím súdom obaja účastníci požiadali o odročenie pojednávania za účelom uzavretia mimosúdnej dohody. Na pojednávaní dňa 12.3.2013 zástupcovia účastníkov predložili súdu návrh na schválenie súdneho zmieru zo dňa 12.3.2013 podpísaný zástupcami obidvoch účastníkov konania, z ktorého súd zistil, že sa strany dohodli na znení nasledovného súdneho zmieru: „Odporca sa zaväzuje zaplatiť navrhovateľovi istinu vo výške 89,62 Eur a úroky z omeškania vo výške 9% z uvedenej sumy od 1.12.2010 do zaplatenia, a náhradu trov konania vo výške 16,50 Eur. Žiaden z účastníkov konania nemá právo na náhradu trov konania.“ Zástupca navrhovateľa súčasne podľa § 11 ods. 7 Zákona o súdnych poplatkoch uplatnil nárok na vrátenie 50%-tnej čiastky zo zaplateného súdneho poplatku za podané odvolanie. Podľa § 91 ods. 1 O.s.p. ak to povaha veci pripúšťa môžu účastníci skončiť súdne konanie súdnym zmierom. Podľa § 99 ods. 2 O.s.p. súd rozhodne o tom, či zmier schvaľuje; neschváli ho, ak je v rozpore s právnymi predpismi. Vzhľadom na to, že odvolací súd nezistil zákonné prekážky, ktoré by bránili schváleniu predloženého zmieru, rozhodol tak, ako je uvedené vo výroku uznesenia. Súčasne rozhodol o vrátení súdneho poplatku za podané odvolanie navrhovateľovi vo výške 50 %, t.j. v čiastke 8,25 Eur podľa § 11 ods. 7 Zákona o súdnych poplatkoch č. 71/1992 Z.z. v platnom znení. Poučenie: Proti tomuto uzneseniu odvolanie nie je prípustné . Podľa § 99 ods. 4 O.s.p. schválený zmier má účinky právoplatného rozsudku. Rozsudkom môže súd zrušiť uznesenie o schválení zmieru, ak je zmier podľa hmotného práva neplatný. Návrh možno podať do troch rokov od právoplatnosti uznesenia o schválení zmieru.</w:t>
      </w:r>
    </w:p>
    <w:p/>
    <w:p>
      <w:r>
        <w:t>Zdroj: KAUZIS.SK – https://www.kauzis.sk/judikatura/r/ECLI:SK:KSBA:2013:1210221046.2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