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1Cob/136/2013 z 27. 6. 2013</w:t>
      </w:r>
    </w:p>
    <w:p>
      <w:r>
        <w:t>Uznesenie Krajského súdu Bratislava z 27. júna 2013, sp. zn. 1Cob/136/2013, ECLI:SK:KSBA:2013:1210223015.2</w:t>
      </w:r>
    </w:p>
    <w:p>
      <w:r>
        <w:t>Súd: Krajský súd Bratislava</w:t>
      </w:r>
    </w:p>
    <w:p>
      <w:r>
        <w:t>Spisová značka: 1Cob/136/2013</w:t>
      </w:r>
    </w:p>
    <w:p>
      <w:r>
        <w:t>ECLI: ECLI:SK:KSBA:2013:1210223015.2</w:t>
      </w:r>
    </w:p>
    <w:p>
      <w:r>
        <w:t>Dátum vydania: 27. 6. 2013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1Cob/136/2013 Identifikačné číslo súdneho spisu: 1210223015 Dátum vydania rozhodnutia: 28. 06. 2013 Meno a priezvisko sudcu, VSÚ: JUDr. Danica Michalková ECLI: ECLI:SK:KSBA:2013:1210223015.2 Uznesenie Krajský súd v Bratislave v právnej veci navrhovateľa: P. H., nar. XX.XX.XXXX, XXX XX R. č. XXX, zast. JUDr. Róbertom Slamkom, advokátom, Radlinského 1735/29, 026 01 Dolný Kubín, proti odporcovi: Prvá stavebná sporiteľňa, a.s., Bajkalská 30, 829 48 Bratislava, IČO 31 335 004 o zaplatenie 13.534,79 Eur, o odvolaní navrhovateľa proti rozsudku Okresného súdu Bratislava II č.k. 42Cb/274/2010 - 122 zo dňa 16.02.2012 takto r o z h o d o l : Krajský súd odvolacie konanie z a s t a v u j e . Odporcovi sa náhrada trov odvolacieho konania n e p r i z n á v a . o d ô v o d n e n i e : Súd prvého stupňa napadnutým rozsudkom rozhodol o návrhu navrhovateľa tak, že tento v celom rozsahu zamietol. O trovách konania rozhodol tak, že odporcovi náhradu trov konania nepriznal. Proti tomuto rozsudku podal v zákonnej lehote odvolanie navrhovateľ, ktorý s rozhodnutím súdu prvého stupňa nesúhlasil a navrhol rozsudok súdu prvého stupňa zmeniť a návrhu v celom rozsahu vyhovieť. Odporca sa odvolaniu navrhovateľa písomne vyjadril a žiadal rozhodnutie súdu prvého stupňa ako vecne správne potvrdiť. Trovy odvolacieho konania si neuplatnil a nepodal ani návrh na rozhodnutie o trovách odvolacieho konania. Písomným podaním zo dňa 03. 08. 2012 vzal navrhovateľ prostredníctvom splnomocneného právneho zástupcu svoje odvolanie späť a žiadal odvolacie konanie zastaviť. Podľa ust. § 207 ods. 2 O.s.p. dokiaľ o odvolaní nebolo rozhodnuté možno ho vziať späť. Ak niekto vzal odvolanie späť nemôže ho podať znova. Podľa ods. 3 cit. ust., ak sa odvolanie o ktorom nebolo rozhodnuté vzalo späť odvolací súd odvolacie konanie zastaví. Vzhľadom k tomu, že navrhovateľ zobral svoje odvolanie späť v celom rozsahu, odvolací súd s poukazom na ust. § 207 ods. 3 O.s.p. odvolacie konanie zastavil. O trovách odvolacieho konania rozhodol odvolací súd podľa ust. § 224 ods. 1 O.s.p. v spojení s ust. § 146 ods. 2 O.s.p. a odporcovi nepriznal právo na náhradu trov odvolacieho konania, nakoľko odporca si právo na úhradu trov odvolacieho konania neuplatnil a tieto mu ani nevznikli. Toto rozhodnutie prijal senát krajského súdu pomerom hlasov 3:0. Poučenie: Proti tomuto uzneseniu nie je prípustné odvolanie.</w:t>
      </w:r>
    </w:p>
    <w:p/>
    <w:p>
      <w:r>
        <w:t>Zdroj: KAUZIS.SK – https://www.kauzis.sk/judikatura/r/ECLI:SK:KSBA:2013:1210223015.2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