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6Co/320/2012 z 9. 9. 2013</w:t>
      </w:r>
    </w:p>
    <w:p>
      <w:r>
        <w:t>Opravné uznesenie Krajského súdu Bratislava z 9. septembra 2013, sp. zn. 6Co/320/2012, ECLI:SK:KSBA:2013:1211213864.2</w:t>
      </w:r>
    </w:p>
    <w:p>
      <w:r>
        <w:t>Súd: Krajský súd Bratislava</w:t>
      </w:r>
    </w:p>
    <w:p>
      <w:r>
        <w:t>Spisová značka: 6Co/320/2012</w:t>
      </w:r>
    </w:p>
    <w:p>
      <w:r>
        <w:t>ECLI: ECLI:SK:KSBA:2013:1211213864.2</w:t>
      </w:r>
    </w:p>
    <w:p>
      <w:r>
        <w:t>Dátum vydania: 9. 9.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6Co/320/2012 Identifikačné číslo súdneho spisu: 1211213864 Dátum vydania rozhodnutia: 10. 09. 2013 Meno a priezvisko sudcu, VSÚ: JUDr. Alena Svetlovská ECLI: ECLI:SK:KSBA:2013:1211213864.2 Opravné uznesenie Krajský súd v Bratislave v právnej veci žalobcu: EOS KSI Slovensko, s.r.o., Údernícka č. 5, Bratislava, zast. advokátskou kanceláriou TOMÁŠ KUŠNÍR, s.r.o., Údernícka č. 5, Bratislava, proti žalovanej: Q. P., X. L. Č.. X, X., zast. Danou Patkovou, pracovníčkou Okresného súdu Bratislava V, Prokofievova č. 12, Bratislava, za účasti vedľajšieho účastníka: Združenie na ochranu občana spotrebiteľa HOOS, Nám. Legionárov č. 5, Prešov, zast. advokátom JUDr. Igorom Šafrankom, Sov. hrdinov č. 163/66, Svidník, o zaplatenie 773,22 eur s prísl., pomerom hlasov 3:0, takto r o z h o d o l : Krajský súd v Bratislave opravuje záhlavie uznesenia Krajského súdu v Bratislave zo dňa 30. októbra 2012, č. k. 6Co 320/12-85, tak, že označenie žalobcu a jeho právneho zástupcu má správne znieť: EOS KSI Slovensko, s.r.o., Údernícka č. 5, Bratislava, zast. advokátskou kanceláriou TOMÁŠ KUŠNÍR, s.r.o., Údernícka č. 5, Bratislava. o d ô v o d n e n i e : Krajský súd v Bratislave ako súd odvolací uznesením zo dňa 30. októbra 2012, č. k. 6Co 320/12-85, odmietol odvolanie vedľajšieho účastníka voči rozsudku Okresného súdu Bratislava II zo dňa 10. februára 2012, č. k. 14C 187/2011-67, ako oneskorene podané a rozhodol, že žiaden z účastníkov nemá právo na náhradu trov odvolacieho konania. Žalobca podaním zo dňa 24.5.2013, doručeným Okresnému súdu Bratislava II dňa 29.5.2013 a predloženým odvolaciemu súdu dňa 11.7.2013, navrhol, aby súd podľa ust. § 164 O.s.p. vydal opravné uznesenie, ktorým by opravil predmetné uznesenie odvolacieho súdu v časti označenia žalobcu a jeho právneho zástupcu. Uviedol, že v predmetnom uznesení odvolacieho súdu bol nesprávne uvedený žalobca a právny zástupca žalobcu, keď správne označenie malo byť: „...v právnej veci žalobcu: EOS KSI Slovensko, s.r.o., Údernícka č. 5, Bratislava, zast. advokátskou kanceláriou: TOMÁŠ KUŠNÍR, s.r.o., Údernícka č. 5, Bratislava...“.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O.s.p., ak tento zákon neustanovuje inak, pre konanie na odvolacom súde platia primerane ustanovenia o konaní pred súdom prvého stupňa. V danej veci v písomnom vyhotovení predmetného uznesenia odvolacieho súdu došlo k zrejmej nesprávnosti v záhlaví spočívajúcej v nesprávnom označení žalobcu ako EOS KSI Slovensko, spol. s r. o., Údernícka č. 5, Bratislava, keď správne označenie žalobcu malo byť: EOS KSI Slovensko, s.r.o., Údernícka č. 5, Bratislava. Zároveň v dôsledku zrejmej nesprávnosti bol v záhlaví predmetného uznesenia odvolacieho súdu nesprávne označený aj právny zástupca žalobcu ako: JUDr. Tomáš Kušnír, spol. s r. o., Údernícka č. 5, Bratislava, keď správne označenie právneho zástupcu žalobcu malo byť: TOMÁŠ KUŠNÍR, s.r.o., Údernícka č. 5, Bratislava. Vzhľadom na tieto skutočnosti odvolací súd v zmysle citovaných zákonných ustanovení uvedené zrejmé nesprávnosti opravil tak, že správne označenie žalobcu a jeho právneho zástupcu znie: EOS KSI Slovensko, s.r.o., Údernícka č. 5, Bratislava, zast. advokátskou kanceláriou TOMÁŠ KUŠNÍR, s.r.o., Údernícka č. 5, Bratislava. S poukazom na uvedené odvolací súd rozhodol tak, ako je uvedené vo výroku tohto uznesenia. Poučenie: Toto uznesenie nemožno napadnúť odvolaním.</w:t>
      </w:r>
    </w:p>
    <w:p/>
    <w:p>
      <w:r>
        <w:t>Zdroj: KAUZIS.SK – https://www.kauzis.sk/judikatura/r/ECLI:SK:KSBA:2013:1211213864.2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