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14Co/133/2013 z 25. 11. 2013</w:t>
      </w:r>
    </w:p>
    <w:p>
      <w:r>
        <w:t>Opravné uznesenie Krajského súdu Bratislava z 25. novembra 2013, sp. zn. 14Co/133/2013, ECLI:SK:KSBA:2013:1211227013.2</w:t>
      </w:r>
    </w:p>
    <w:p>
      <w:r>
        <w:t>Súd: Krajský súd Bratislava</w:t>
      </w:r>
    </w:p>
    <w:p>
      <w:r>
        <w:t>Spisová značka: 14Co/133/2013</w:t>
      </w:r>
    </w:p>
    <w:p>
      <w:r>
        <w:t>ECLI: ECLI:SK:KSBA:2013:1211227013.2</w:t>
      </w:r>
    </w:p>
    <w:p>
      <w:r>
        <w:t>Dátum vydania: 25. 11. 2013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14Co/133/2013 Identifikačné číslo súdneho spisu: 1211227013 Dátum vydania rozhodnutia: 26. 11. 2013 Meno a priezvisko sudcu, VSÚ: JUDr. Katarína Javorčíková ECLI: ECLI:SK:KSBA:2013:1211227013.2 Opravné uznesenie Krajský súd v V. v právnej veci navrhovateľa : W. M. F., s.r.o., J. 5, V., C.: XX XXX XXX, zastúpeného spoločnosťou Z. M., s.r.o., J. 5, V., proti odporcovi: U. T., nar. XX.XX.XXXX, naposledy bytom U. XX, V., zastúpený opatrovníčkou Y. P., súdnou tajomníčkou Okresného súdu V. V, za účasti vedľajšieho účastníka na strane odporcu: K. na ochranu občana spotrebiteľa B., so sídlom X. XX, P., C.: XX XXX XXX, zastúpeného advokátom L.. R. U., advokátska kancelária O.. F. 7, F., o zaplatenie 3.071,71 eur s príslušenstvom, o odvolaní vedľajšieho účastníka proti uzneseniu Okresného súdu V. II v V. zo dňa XX.X.XXXX, č.k. XXC/XX/XXXX-XX v časti náhrady trov konania, pomerom hlasov 3:0 takto r o z h o d o l : Súd opravuje záhlavie uznesenia Krajského súdu v V. č.k. XX Co/XXX/XXXX-XX zo dňa XX.X.XXXX v časti označenia uznesenia Okresného súdu V. II v V. zo dňa XX.X.XXXX, č.k. XXC/XX/XXXX-XX tak, že správne má znieť: „Krajský súd v V. v právnej veci navrhovateľa : W. M. F., s.r.o., J. 5, V., C.: XX XXX XXX, zastúpeného spoločnosťou Z. M., s.r.o., J. 5, V., proti odporcovi: U. T., nar. XX.XX.XXXX, naposledy bytom U. XX, V., zastúpený opatrovníčkou Y. P., súdnou tajomníčkou Okresného súdu V. V, za účasti vedľajšieho účastníka na strane odporcu: K. na ochranu občana spotrebiteľa B., so sídlom X. XX, P., C.: XX XXX XXX, zastúpeného advokátom L.. R. U., advokátska kancelária O.. F. 7, F., o zaplatenie 3.071,71 eur s príslušenstvom, o odvolaní vedľajšieho účastníka proti uzneseniu Okresného súdu V. II v V. zo dňa XX.X.XXXX, č.k. XXC/XX/XXXX-XX v časti náhrady trov konania, pomerom hlasov 3:0 takto“. Súd opravuje výrok uznesenia Krajského súdu v V. č.k. XX Co/XXX/XXXX-XX zo dňa XX.X.XXXX tak, že správne má znieť: „Krajský súd v V. uznesenie Okresného súdu V. II v V. zo dňa XX.X.XXXX, č.k. XXC/XX/XXXX-XX v napadnutej časti potvrdzuje. Navrhovateľovi sa náhrada trov odvolacieho konania nepriznáva“ o d ô v o d n e n i e : Pri vyhotovení uznesenia XXCo/XXX/XXXX-XX zo dňa XX.X.XXXX, krajský súd v záhlaví a vo výroku rozhodnutia, v časti označenia čísla konania uznesenia Okresného súdu V. II v V. zo dňa XX.X.XXXX uviedol č.k. XXC/XX/XXXX-XX, namiesto správneho č,k, XXC/XX/XXXX-XX. Keďže ide o zjavnú nesprávnosť, súd ju v súlade s ustanovením § 164 O.s.p. opravil opravným uznesením. Poučenie: Proti tomuto uzneseniu odvolanie nie je prípustné.</w:t>
      </w:r>
    </w:p>
    <w:p/>
    <w:p>
      <w:r>
        <w:t>Zdroj: KAUZIS.SK – https://www.kauzis.sk/judikatura/r/ECLI:SK:KSBA:2013:1211227013.2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