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3Co/57/2013 z 27. 11. 2013</w:t>
      </w:r>
    </w:p>
    <w:p>
      <w:r>
        <w:t>Rozsudok Krajského súdu Bratislava z 27. novembra 2013, sp. zn. 3Co/57/2013, ECLI:SK:KSBA:2013:1311208373.3</w:t>
      </w:r>
    </w:p>
    <w:p>
      <w:r>
        <w:t>Súd: Krajský súd Bratislava</w:t>
      </w:r>
    </w:p>
    <w:p>
      <w:r>
        <w:t>Spisová značka: 3Co/57/2013</w:t>
      </w:r>
    </w:p>
    <w:p>
      <w:r>
        <w:t>ECLI: ECLI:SK:KSBA:2013:1311208373.3</w:t>
      </w:r>
    </w:p>
    <w:p>
      <w:r>
        <w:t>Dátum vydania: 27. 11. 2013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3Co/57/2013 Identifikačné číslo súdneho spisu: 1311208373 Dátum vydania rozhodnutia: 28. 11. 2013 Meno a priezvisko sudcu, VSÚ: JUDr. Roman Bolebruch ECLI: ECLI:SK:KSBA:2013:1311208373.3 ROZSUDOK V MENE SLOVENSKEJ REPUBLIKY r o z h o d o l :</w:t>
      </w:r>
    </w:p>
    <w:p/>
    <w:p>
      <w:r>
        <w:t>Zdroj: KAUZIS.SK – https://www.kauzis.sk/judikatura/r/ECLI:SK:KSBA:2013:1311208373.3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