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1Cob/238/2013 z 26. 8. 2013</w:t>
      </w:r>
    </w:p>
    <w:p>
      <w:r>
        <w:t>Uznesenie Krajského súdu Bratislava z 26. augusta 2013, sp. zn. 1Cob/238/2013, ECLI:SK:KSBA:2013:1311215388.2</w:t>
      </w:r>
    </w:p>
    <w:p>
      <w:r>
        <w:t>Súd: Krajský súd Bratislava</w:t>
      </w:r>
    </w:p>
    <w:p>
      <w:r>
        <w:t>Spisová značka: 1Cob/238/2013</w:t>
      </w:r>
    </w:p>
    <w:p>
      <w:r>
        <w:t>ECLI: ECLI:SK:KSBA:2013:1311215388.2</w:t>
      </w:r>
    </w:p>
    <w:p>
      <w:r>
        <w:t>Dátum vydania: 26. 8.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1Cob/238/2013 Identifikačné číslo súdneho spisu: 1311215388 Dátum vydania rozhodnutia: 27. 08. 2013 Meno a priezvisko sudcu, VSÚ: JUDr. Danica Michalková ECLI: ECLI:SK:KSBA:2013:1311215388.2 Uznesenie Krajský súd v Bratislave v právnej veci navrhovateľa: Allianz - Slovenská poisťovňa, a.s., Dostojevského rad 4, 815 74 Bratislava, IČO 00 151 700 proti odporcovi: PreVaK, s.r.o., Púchovská 8, 831 06 Bratislava, IČO: 35 915 749, zast. Advokátska kancelária JURIKA &amp; KELTOŠ, s.r.o., Mickiewiczova 2, 811 07 Bratislava, IČO: 35 951 087, za účasti vedľajšieho účastníka na strane odporcu: Union poisťovňa, a.s., Bajkalská č. 29/A, Bratislava, IČO: 31 322 051, o zaplatenie 1.605,19 Eur s príslušenstvom, o odvolaní odporcu proti rozsudku Okresného súdu Bratislava III zo dňa 22. 04. 2013 č.k. 25Cb/29/2012-125 takto r o z h o d o l : Krajský súd odvolacie konanie z a s t a v u j e . Navrhovateľovi sa náhrada trov odvolacieho konania nepriznáva. o d ô v o d n e n i e : Súd prvého stupňa napadnutým rozsudkom zaviazal odporcu zaplatiť navrhovateľovi sumu 1.605,19 Eur spolu s 9,25% ročným úrokom z omeškania od 11.12.2011 do zaplatenia a súčasne mu uložil povinnosť nahradiť navrhovateľovi trovy konania vo výške 96,-- Eur v lehote troch dní odo dňa právoplatnosti rozsudku. Proti tomuto rozsudku podal v zákonnej lehote odvolanie odporca a navrhol rozhodnutie súdu prvého stupňa zmeniť tak, že návrh bude v celom rozsahu zamietnutý. Písomným podaním zo dňa 18. 06. 2013 (č.l. 141 spisu) pred rozhodnutím odvolacieho súdu, vzal odporca svoje odvolanie v celom rozsahu späť a žiadal odvolací súd odvolacie konanie v súlade s ust. § 207 ods. 3 O.s.p. zastaviť. Podľa ust. § 207 ods. 3 O.s.p. ak sa odvolanie, o ktorom nebolo rozhodnuté vzalo späť odvolací súd odvolacie konanie zastaví. Odvolací súd vec prejednal podľa ust. § 214 ods. 2 O.s.p. bez nariadenia pojednávania a po zistení, že odvolanie bolo vzaté späť predtým ako bolo o ňom rozhodnuté, odvolacie konanie zastavil podľa ust. § 207 ods. 3 O.s.p. O trovách odvolacieho konania rozhodol odvolací súd podľa ust. § 224 ods. 1 O.s.p. v spojení s ust. § 146 ods. 2 O.s.p. a vzhľadom k tomu, že z procesného hľadiska zavinil zastavenie konania odporca, vzniklo navrhovateľovi právo náhradu trov odvolacieho konania, avšak navrhovateľovi žiadne trovy odvolacieho konania nevznikli a tieto si ani neuplatnil. Toto rozhodnutie prijal senát krajského súdu pomerom hlasov 3 : 0. Poučenie: Proti tomuto uzneseniu odvolanie nie je prípustné.</w:t>
      </w:r>
    </w:p>
    <w:p/>
    <w:p>
      <w:r>
        <w:t>Zdroj: KAUZIS.SK – https://www.kauzis.sk/judikatura/r/ECLI:SK:KSBA:2013:1311215388.2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