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3Co/83/2013 z 27. 2. 2013</w:t>
      </w:r>
    </w:p>
    <w:p>
      <w:r>
        <w:t>Uznesenie Krajského súdu Bratislava z 27. februára 2013, sp. zn. 3Co/83/2013, ECLI:SK:KSBA:2013:1311215501.1</w:t>
      </w:r>
    </w:p>
    <w:p>
      <w:r>
        <w:t>Súd: Krajský súd Bratislava</w:t>
      </w:r>
    </w:p>
    <w:p>
      <w:r>
        <w:t>Spisová značka: 3Co/83/2013</w:t>
      </w:r>
    </w:p>
    <w:p>
      <w:r>
        <w:t>ECLI: ECLI:SK:KSBA:2013:1311215501.1</w:t>
      </w:r>
    </w:p>
    <w:p>
      <w:r>
        <w:t>Dátum vydania: 27. 2. 2013</w:t>
      </w:r>
    </w:p>
    <w:p>
      <w:r>
        <w:t>Forma: Uznesenie</w:t>
      </w:r>
    </w:p>
    <w:p>
      <w:r>
        <w:t>Oblasť práva: Občianske právo</w:t>
      </w:r>
    </w:p>
    <w:p>
      <w:pPr>
        <w:pStyle w:val="Heading2"/>
      </w:pPr>
      <w:r>
        <w:t>Text rozhodnutia</w:t>
      </w:r>
    </w:p>
    <w:p>
      <w:r>
        <w:t>Súd: Krajský súd Bratislava Spisová značka: 3Co/83/2013 Identifikačné číslo súdneho spisu: 1311215501 Dátum vydania rozhodnutia: 28. 02. 2013 Meno a priezvisko sudcu, VSÚ: JUDr. Mária Šramková ECLI: ECLI:SK:KSBA:2013:1311215501.1 Uznesenie Krajský súd v Bratislave v právnej veci navrhovateľa: N. F. R..F.., F. F. P. X, V., C.: XX XXX XXX, zastúpeného: JUDr. Marekom Czompolym, advokátom, so sídlom Ventúrska 16, Bratislava, proti odporcom: 1/. U. U., O.. XX.XX.XXXX, V. Z. XX/A, V., 2/ F. Y.-V., O.. XX.XX.XXXX, V. P. XX, V., o zaplatenie 3.095,49 eur s príslušenstvom, o odvolaní odporkyne 2/ proti uzneseniu Okresného súdu Bratislava III zo dňa 15.novembra 2012 č.k. 14C/4/2012-141 r o z h o d o l : Odvolanie odporkyne 2/ sa o d m i e t a . Navrhovateľovi sa náhrada trov odvolacieho konania nepriznáva. o d ô v o d n e n i e : Napadnutým rozsudkom súd prvého stupňa uložil odporcom 1/ a 2/ povinnosť spoločne a nerozdielne zaplatiť navrhovateľovi sumu 3.095,49 euro spolu s úrokmi z dlžnej úverovej istiny vo výške 12,78 % ročne zo sumy 2.146,67 euro od 03.08.2011 do zaplatenia, úrokmi z omeškania vo výške 9,5% ročne zo sumy 2.266,12 euro od 01.10.2011 do zaplatenia, úrokmi z dlžnej úverovej istiny vo výške 23,36% ročne zo sumy 660,76 euro od 19.07.2011 do zaplatenia a úrokmi z omeškania vo výške 9,5% ročne zo sumy 756,99 euro od 01.09.2011 do zaplatenia, súdny poplatok vo výške 185,50 euro na účet navrhovateľa XXXXXXXXXX/XXXX vedený v ING Bank N.V., pod VS: 8XXXXXXXXX, všetko do 3 dní od právoplatnosti rozsudku. Odporcom 1/ a 2/ uložil povinnosť spoločne a nerozdielne nahradiť trovy konania v celkovej výške 494,09 euro, pozostávajúce zo zaplateného súdneho poplatku vo výške 185,- euro a trov právneho zastúpenia vo výške 308,59 euro, na účet právneho zástupcu navrhovateľa č. XXXXXXXXXX/XXXX vedený v peňažnom ústave VÚB, a.s., pod VS: XXXXXXX, do 3 dní od právoplatnosti rozsudku. Proti tomuto rozsudku podala včas odvolanie odporkyňa 2/. Keďže odvolanie odporkyne 2/ nespĺňalo náležitosti uvedené v ust. § 205 ods. 1, 2 O.s.p., vyzval ju prvostupňový súd uznesením z 17.decembra 2012, č.k. 14C/4/2012-152, aby v lehote 10 dní doplnila svoje odvolanie doručené súdu dňa 13.12.2012. Bola vyzvaná, aby doplnila odvolanie tak, že presne označí rozhodnutie, proti ktorému jej odvolanie smeruje, v čom považuje rozhodnutie alebo postup súdu za nesprávny a čoho sa domáha, uvedie ako navrhuje, aby odvolací súd rozhodol, s poukazom na výrok ňou napadnutého rozhodnutia, a uvedie niektorý z taxatívne vymedzených zákonných dôvodov, pre ktoré podáva odvolanie proti rozsudku. Zároveň bola poučená o možnosti odmietnutia jej odvolania odvolacím súdom ak jej odvolanie nebude mať náležitosti podľa § 205 ods. 1 a 2 O.s.p.. Predmetné uznesenie, ktorým bola odporkyňa 2/ vyzvaná, aby v lehote 10 dní doplnila a opravila svoje odvolanie, bolo doručené odporkyni 2/ dňa 18.01.2013 (podľa súdnej doručenky založenej na č.l.157). Z obsahu spisu vyplýva, že odvolanie odporkyňa 2/ doplnila podaním zo dňa 23.01.2013, ktoré bolo doručené súdu prvého stupňa dňa 28.01.2013, avšak v doplnení odvolania neuviedla čoho sa predmetným odvolaním domáha, t.j. odvolací návrh, nedoplnila odvolanie o skutočnosti, z ktorých bude zrejmé, v čom vidí nesprávnosť napadnutého rozhodnutia alebo postupu súdu, nedoplnila odvolanie o konkrétne dôvody, z ktorých odvolanie podáva. Krajský súd v Bratislave ako súd odvolací (§ 10 ods. 1 O.s.p.) preskúmal odvolanie podľa 212 ods. 1 O.s.p., a to predovšetkým z hľadiska prípustnosti jeho podania a dospel k záveru, že odvolanie odporkyne 2/ nemá náležitosti podľa § 205 ods. 1, 2 O.s.p.. Podľa ust. § 205 ods. 1 O.s.p. v odvolaní sa má popri všeobecných náležitostiach (§ 42 ods. 3) uviesť, proti ktorému rozhodnutiu smeruje, v akom rozsahu sa napáda, v čom sa toto rozhodnutie alebo postup súdu považuje za nesprávny a čoho sa odvolateľ domáha. Podľa ust. § 42 ods. 3 O.s.p. pokiaľ zákon pre podanie určitého druhu nevyžaduje ďalšie náležitosti, musí byť z podania zjavné, ktorému súdu je určené, kto ho robí, ktorej veci sa týka a čo sleduje, a musí byť podpísané a datované. Podanie treba predložiť s potrebným počtom rovnopisov a s príloh tak, aby jeden rovnopis zostal na súde a aby každý účastník dostal jeden rovnopis s prílohami, ak je to potrebné. Ak účastník nepredloží potrebný počet rovnopisov a príloh, súd vyhotoví kópie na jeho trovy. Podľa ust. § 205 ods. 2 O.s.p. odvolanie proti rozsudku alebo uzneseniu, ktorým bolo rozhodnuté vo veci samej, možno odôvodniť len tým, že a) v konaní došlo k vadám uvedeným v § 221 ods. 1,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 205a), f) rozhodnutie súdu prvého stupňa vychádza z nesprávneho právneho posúdenia veci. Podľa ust. § 218 ods. 1 písm. d) O.s.p. odvolací súd odmietne odvolanie, ktoré nemá náležitosti podľa § 205 ods. 1 a 2, ak boli dodržané podmienky podľa § 209 ods. 1 a § 211 ods. 1. Odvolací súd konštatuje, že odvolanie odporkyne 2/ nespĺňa náležitosti § 205 ods. 1, 2 O.s.p.. Napriek riadnemu poučeniu prvostupňovým súdom nedoplnila čoho sa odvolaním domáha (ako má odvolací súd rozhodnúť), a v čom rozsudok alebo postup súdu prvého stupňa považuje za nesprávny. Odvolací súd preto podanie odporkyne 2/ doručené súdu dňa 13.12.2012, ako odvolanie, ktoré nemá náležitosti odvolania podľa § 205 ods. 1, 2 O.s.p. v zmysle ust. § 218 ods. 1 písm. d) O.s.p. odmietol. Navrhovateľ mal v odvolacom konaní plný úspech, a preto má právo na náhradu trov odvolacieho konania /§ 224 ods. 1 v spojení s ustanovením § 142 ods. 1 O.s.p./. V odvolacom konaní mu však žiadne trovy nevznikli, a preto mu odvolací súd náhradu trov nepriznal. Poučenie: Proti tomuto uzneseniu odvolanie nie je prípustné</w:t>
      </w:r>
    </w:p>
    <w:p/>
    <w:p>
      <w:r>
        <w:t>Zdroj: KAUZIS.SK – https://www.kauzis.sk/judikatura/r/ECLI:SK:KSBA:2013:1311215501.1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