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2Co/431/2012 z 11. 9. 2013</w:t>
      </w:r>
    </w:p>
    <w:p>
      <w:r>
        <w:t>Opravné uznesenie Krajského súdu Bratislava z 11. septembra 2013, sp. zn. 2Co/431/2012, ECLI:SK:KSBA:2013:1312214897.2</w:t>
      </w:r>
    </w:p>
    <w:p>
      <w:r>
        <w:t>Súd: Krajský súd Bratislava</w:t>
      </w:r>
    </w:p>
    <w:p>
      <w:r>
        <w:t>Spisová značka: 2Co/431/2012</w:t>
      </w:r>
    </w:p>
    <w:p>
      <w:r>
        <w:t>ECLI: ECLI:SK:KSBA:2013:1312214897.2</w:t>
      </w:r>
    </w:p>
    <w:p>
      <w:r>
        <w:t>Dátum vydania: 11. 9.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2Co/431/2012 Identifikačné číslo súdneho spisu: 1312214897 Dátum vydania rozhodnutia: 12. 09. 2013 Meno a priezvisko sudcu, VSÚ: JUDr. Darina Kriváňová ECLI: ECLI:SK:KSBA:2013:1312214897.2 Opravné uznesenie Krajský súd v Bratislave v právnej veci navrhovateľa: 1/ D.. S. Š., bytom T., Š.Á. XX, štátny občan SR, 2/ I. Š., bytom T., Š. XX, štátny občan SR, obaja v zastúpení: ACCEPTUM, s.r.o., AK v Bratislave, Vrútocká 12, IČO: 36 863 459, proti odporcom: 1/ O.. D. D., bytom R. X, T., 2/ E. A., T. B. X/X, J. F. E., 3/ T. J., T. J. X, T., 4/ W. C., bytom J. J. XX, T. T., 5/ H. U., T. R. XX, T., 6/ A. Z., T. I. X, F., 7/ E. Z., T. I. X, F., 8/ O.. H. Š., T. W. X, T., 9/ O. Š., T. T. XX, T., 10/ D. P., T. J. XXX, J., 11/ O.. T. Š., T. I. C. X, T. F. T., 12/ E.. E. Š., T. U. X, T. F. T., 13/ O.. C. Š., T. R. XX, T., 14/ O.. I. Š., T. D.. G. XX, T., 15/ O.. D. T., T. Š.Á. XX, T., 16/ O.. P. T., T. Š. XX, T., 17/ H. R., T. D. XX/XX, Ž. F. U., 18/ O. E., T. T. XX, P., 19/ O.. E. Š., T. F.Ž. C.. I. J. XX, A. E., 20/ RZ. D., T. D. X, T., 21/ O.. E. R., T. Š. XX, H., XX/ O.. A. E., T. M. X, T., XX/ L. E., T. M. X, T., XX/ O.. E. U., T. Š. XX, T., XX/ H.. J. U., T. Š. XX, T., XX/ O.. E. A., T. S. X, T., XX/ E.. C. T., T. P. XX, T., XX/ O.. Q. A., T. Š. XX, T., XX/ E. D., T. H. XXX, H., XX/ Q., J.. S.. Z.., J. J. H. X, Ž., XX/ O.. U. S., T. P. XXX/X, T., XX/ I. P., T. Ž. B. XX, S., XX/ A. R., T. Š. X, T., XX/ D. R., T. Š. X, T., XX/ W. Z., T. E. XX, T., XX/ I. U., T. W. XX, Q., XX/ O.. D. S., T. V. XX, T., XX/ O.. P. S., T. R. XX, B. G., XX/ O.. G. A., T. Š. XX, T., XX/ E. Q., T. F. XX, T., XX/ O.. I. D., T. P. XXX, T., XX/ O.. E. Z., T. J. XXX, J., XX/ E.. E. S., T. Š. XX, T., XX/ E. T., T. Š. XX T., XX/ D.. C. T., T. Š. XX, T., XX/ O.. H. T., T. Š. XX, T., XX/ W. T., T. Š. XX, T., XX/ O.. D. Š., T. E. XX, T., XX/ O.. I. P., T. E. XX, T., XX/ I. Q., T. Š. XX, T., XX/ O.. Ľ. Q., T. Š. XX, T., XX/ C. E., T. Š. XX, T., XX/ E. A., T. Š. X, T., XX/ E. C., T. T. X, T. T., XX/ H. H., T. Š. XX, T., XX/ I. H., T. Š. XX, T., XX/ Q. P., T. D.. R. C. XXXX/X, T., XX/ E. P., T. Q. XXXX/XX, T., XX/ O. W., T. Č. B. XX, T., XX/ O.. P. F., T. C. X, O. H. C., XX/ I. F., T. C. X, O. H. C., XX/ E. E., T. P. F.. XX, T., XX/ H. E., T. T. X, T. T., XX/ I. D., T. C. XX, R., XX/ E. D., T. C. XX, R., XX/ D. G., T. Z. X, T., XX/ J. G., T. Z. X, T., XX/ O.. D. S., T. Š. XX, T., XX/ O.. E. R., T. H. XX, H., XX/ O.. T. I., T. Š. XX, E., XX/ J. P., T. C. XXX, H., XX/ H. H., T. Š. XX, T., XX/ H.. J. D., T. P. X, S., XX/ O.. D. W., T. J. XX, P., XX/ D. U., T. Š. XX, T., XX/ W. Z., T. V. XX, T., XX/ E. D., T. U. X, T., XX/ O.. D. G., T. H. XXXX/XX, F., XX/ O.. I. G., T. H. XXXX/XX, F., XX/ E.. Ľ. H., T. U. X, T., XX/ O.. A. H., T. Č. B. XX, T., XX/ M. P., T. F.. E. XXX/X, W., XX/ O.. E. P., T. F.. E. XXX/ X, W., XX/ O.. Q. F., T. Š. XX, T., XX/ H. A., T. P. XXXX/XX, E., XX/ C. A., T. P. XXXX/XX, E., XX/ O.. E. U., T. Š. XX, T., XX/ O.. C. W., T. I. XXX, I., XX/ O.. Ľ. W., T. C. F. F. XXX, F., XX/ O.. H. M., T. Q. XX, T., XX/ J. Z., T. Z. XX, T., XX/ D. Z., T. J. XX, T., XX/ O.. E. G., T. D. D. X, J., XX/ D. C., T. Š. XX, T., XX/ J. E., T. Š. XX, T., XX/ O.. Ľ. W., T. C. XX/XX, J. F. R., XX/ Ľ. Q., T. Z. X, T., XX/ Ľ. G., T. F. C.. I. J. XXXX/ XX, A. E., XX/ O.. I.. S. C., T. C. XX, T., XXX/ W. D., T. R. X, T., XXX/ R. H., T. T. XX/XX, J. D., XXX/ O.. J. Š., T. F. C.. I. J. XX, A. E., XXX/ D. A., T. Š. X, T., XXX/ Q. A., T. Š. X, T., o nariadenie predbežného opatrenia, vo veci vedenej na Okresnom súde Bratislava III. pod sp. zn. 44C 193/2012, takto r o z h o d o l : O p r a v u j e sa záhlavie uznesenia Krajského súdu v Bratislave č. k.: 2Co 431/2012-115 zo dňa 18.12.2012 tak, že správne označenie odporkyne v 58. rade je E. P.Z.. o d ô v o d n e n i e : Krajský súd v Bratislave ako súd odvolací svojím rozhodnutím zo dňa 18.12.2012, č. k. 2Co 431/2012-115 rozhodol tak, že uznesenie súdu prvého stupňa zmenil tak, že odporcom zakázal odstrániť plot alebo jeho časť postavený z betónových tvárnic, stojaci na pozemku vedenom J. P. U.U. E. J. T. na LV č. XXXX, okres T. O.., obec T. - E. Č. R., katastrálne územie R. ako pozemok registra “C“ parcelné č. XXXX/XXX, druh pozemku zastavané plochy a nádvoria o výmere 49 m2. Podľa § 211 ods. 2 O.s.p. ak tento zákon neustanovuje inak, pre konanie na odvolacom súde platia primerane ustanovenia o konaní pred súdom prvého stupňa. Podľa § 216 O.s.p. ustanovenia § 92 ods. 1 a 4, § 97 a 98 pre odvolacie konanie neplatia.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 danej veci v záhlaví uznesenia odvolacieho súdu došlo k zrejmej nesprávnosti spočívajúcej v tom, že bolo nesprávne označené priezvisko odporkyne v 58. rade. Správne malo byť uvedené odporkyňa v 58. rade E. P. a nie E. P.. Vzhľadom na uvedené a s poukazom na vyššie citované ustanovenia odvolací súd rozhodol tak ako je uvedené vo výroku tohto uznesenia. Toto rozhodnutie bolo prijaté senátom Krajského súdu v Bratislave pomerom hlasov 3:0 (§ 3 ods. 9 zák. č. 757/2004 Z. z. o súdoch a o zmene a doplnení niektorých zákonov). Poučenie: Proti tomuto uzneseniu nie je odvolanie prípustné.</w:t>
      </w:r>
    </w:p>
    <w:p/>
    <w:p>
      <w:r>
        <w:t>Zdroj: KAUZIS.SK – https://www.kauzis.sk/judikatura/r/ECLI:SK:KSBA:2013:1312214897.2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